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B3A5F" w14:textId="77777777" w:rsidR="00B225C7" w:rsidRPr="00B225C7" w:rsidRDefault="00B225C7" w:rsidP="00B225C7">
      <w:pPr>
        <w:pStyle w:val="NoSpacing"/>
        <w:rPr>
          <w:rFonts w:ascii="Times New Roman" w:hAnsi="Times New Roman" w:cs="Times New Roman"/>
        </w:rPr>
      </w:pPr>
    </w:p>
    <w:p w14:paraId="71A6C3F0" w14:textId="20DBCCC4" w:rsidR="003D47EC" w:rsidRPr="00E32AAD" w:rsidRDefault="000F62A1" w:rsidP="00E32AAD">
      <w:pPr>
        <w:pStyle w:val="NoSpacing"/>
        <w:jc w:val="center"/>
        <w:rPr>
          <w:rFonts w:ascii="Times New Roman" w:hAnsi="Times New Roman" w:cs="Times New Roman"/>
          <w:b/>
          <w:bCs/>
        </w:rPr>
      </w:pPr>
      <w:r w:rsidRPr="00E32AAD">
        <w:rPr>
          <w:rFonts w:ascii="Times New Roman" w:hAnsi="Times New Roman" w:cs="Times New Roman"/>
          <w:b/>
          <w:bCs/>
        </w:rPr>
        <w:t>Avila University Institutional Review Board (IRB)</w:t>
      </w:r>
    </w:p>
    <w:p w14:paraId="2EED96E5" w14:textId="77777777" w:rsidR="00E6505A" w:rsidRPr="00E32AAD" w:rsidRDefault="00E6505A" w:rsidP="00E32AAD">
      <w:pPr>
        <w:pStyle w:val="NoSpacing"/>
        <w:jc w:val="center"/>
        <w:rPr>
          <w:rFonts w:ascii="Times New Roman" w:hAnsi="Times New Roman" w:cs="Times New Roman"/>
          <w:b/>
          <w:bCs/>
        </w:rPr>
      </w:pPr>
      <w:r w:rsidRPr="00E32AAD">
        <w:rPr>
          <w:rFonts w:ascii="Times New Roman" w:hAnsi="Times New Roman" w:cs="Times New Roman"/>
          <w:b/>
          <w:bCs/>
        </w:rPr>
        <w:t>Study Status Update / Continuing Review Form (as required or requested)</w:t>
      </w:r>
    </w:p>
    <w:p w14:paraId="3615BAA9" w14:textId="77777777" w:rsidR="000544EC" w:rsidRDefault="000544EC" w:rsidP="00B225C7">
      <w:pPr>
        <w:pStyle w:val="NoSpacing"/>
        <w:rPr>
          <w:rFonts w:ascii="Times New Roman" w:hAnsi="Times New Roman" w:cs="Times New Roman"/>
        </w:rPr>
      </w:pPr>
    </w:p>
    <w:p w14:paraId="2E4996FA" w14:textId="77777777" w:rsidR="00E32AAD" w:rsidRDefault="00E32AAD" w:rsidP="00B225C7">
      <w:pPr>
        <w:pStyle w:val="NoSpacing"/>
        <w:rPr>
          <w:rFonts w:ascii="Times New Roman" w:hAnsi="Times New Roman" w:cs="Times New Roman"/>
        </w:rPr>
      </w:pPr>
      <w:r w:rsidRPr="00E32AAD">
        <w:rPr>
          <w:rFonts w:ascii="Times New Roman" w:hAnsi="Times New Roman" w:cs="Times New Roman"/>
        </w:rPr>
        <w:t>In accordance with federal regulations (45 CFR 46) and Avila University’s commitment to ongoing ethical oversight, the IRB must conduct a continuing review of all non-exempt, active human subjects research at intervals appropriate to the degree of risk, but not less than once per year. This mandatory reporting process ensures that the board can re-evaluate the study’s risk-benefit ratio, monitor ongoing participant safety, and confirm adherence to the approved protocol.</w:t>
      </w:r>
    </w:p>
    <w:p w14:paraId="08C6A719" w14:textId="77777777" w:rsidR="00E32AAD" w:rsidRDefault="00E32AAD" w:rsidP="00B225C7">
      <w:pPr>
        <w:pStyle w:val="NoSpacing"/>
        <w:rPr>
          <w:rFonts w:ascii="Times New Roman" w:hAnsi="Times New Roman" w:cs="Times New Roman"/>
        </w:rPr>
      </w:pPr>
    </w:p>
    <w:p w14:paraId="776F6335" w14:textId="5831C7B1" w:rsidR="00E32AAD" w:rsidRDefault="00E32AAD" w:rsidP="00B225C7">
      <w:pPr>
        <w:pStyle w:val="NoSpacing"/>
        <w:rPr>
          <w:rFonts w:ascii="Times New Roman" w:hAnsi="Times New Roman" w:cs="Times New Roman"/>
        </w:rPr>
      </w:pPr>
      <w:r w:rsidRPr="00E32AAD">
        <w:rPr>
          <w:rFonts w:ascii="Times New Roman" w:hAnsi="Times New Roman" w:cs="Times New Roman"/>
        </w:rPr>
        <w:t>Submission of this form is required to maintain active IRB approval. If this progress report is not reviewed and approved prior to the expiration date of your current protocol, all research activities—including participant recruitment, enrollment, data collection, and data analysis—must immediately cease. Collecting data under an expired protocol constitutes non-compliance with institutional and federal research policies.</w:t>
      </w:r>
    </w:p>
    <w:p w14:paraId="691D8F83" w14:textId="77777777" w:rsidR="00E32AAD" w:rsidRDefault="00E32AAD" w:rsidP="00B225C7">
      <w:pPr>
        <w:pStyle w:val="NoSpacing"/>
        <w:rPr>
          <w:rFonts w:ascii="Times New Roman" w:hAnsi="Times New Roman" w:cs="Times New Roman"/>
        </w:rPr>
      </w:pPr>
    </w:p>
    <w:p w14:paraId="2F6EEA92" w14:textId="073DCE3C" w:rsidR="003D47EC" w:rsidRPr="00E32AAD" w:rsidRDefault="000F62A1" w:rsidP="00B225C7">
      <w:pPr>
        <w:pStyle w:val="NoSpacing"/>
        <w:rPr>
          <w:rFonts w:ascii="Times New Roman" w:hAnsi="Times New Roman" w:cs="Times New Roman"/>
          <w:b/>
          <w:bCs/>
          <w:u w:val="single"/>
        </w:rPr>
      </w:pPr>
      <w:r w:rsidRPr="00E32AAD">
        <w:rPr>
          <w:rFonts w:ascii="Times New Roman" w:hAnsi="Times New Roman" w:cs="Times New Roman"/>
          <w:b/>
          <w:bCs/>
          <w:u w:val="single"/>
        </w:rPr>
        <w:t>Section 1: Study Information</w:t>
      </w:r>
    </w:p>
    <w:p w14:paraId="4D29A726" w14:textId="2E512D25"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 xml:space="preserve">Study Title: </w:t>
      </w:r>
      <w:sdt>
        <w:sdtPr>
          <w:rPr>
            <w:rFonts w:ascii="Times New Roman" w:hAnsi="Times New Roman" w:cs="Times New Roman"/>
          </w:rPr>
          <w:id w:val="1407657913"/>
          <w:placeholder>
            <w:docPart w:val="DefaultPlaceholder_-1854013440"/>
          </w:placeholder>
          <w:showingPlcHdr/>
        </w:sdtPr>
        <w:sdtContent>
          <w:r w:rsidR="00E32AAD" w:rsidRPr="00F67619">
            <w:rPr>
              <w:rStyle w:val="PlaceholderText"/>
            </w:rPr>
            <w:t>Click or tap here to enter text.</w:t>
          </w:r>
        </w:sdtContent>
      </w:sdt>
    </w:p>
    <w:p w14:paraId="51FE3AEA" w14:textId="70A1B2F0"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 xml:space="preserve">Principal Investigator (PI): </w:t>
      </w:r>
      <w:sdt>
        <w:sdtPr>
          <w:rPr>
            <w:rFonts w:ascii="Times New Roman" w:hAnsi="Times New Roman" w:cs="Times New Roman"/>
          </w:rPr>
          <w:id w:val="-2102633224"/>
          <w:placeholder>
            <w:docPart w:val="DefaultPlaceholder_-1854013440"/>
          </w:placeholder>
          <w:showingPlcHdr/>
        </w:sdtPr>
        <w:sdtContent>
          <w:r w:rsidR="00E32AAD" w:rsidRPr="00F67619">
            <w:rPr>
              <w:rStyle w:val="PlaceholderText"/>
            </w:rPr>
            <w:t>Click or tap here to enter text.</w:t>
          </w:r>
        </w:sdtContent>
      </w:sdt>
    </w:p>
    <w:p w14:paraId="2127023E" w14:textId="5733BCB3"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 xml:space="preserve">IRB Approval Number (if applicable): </w:t>
      </w:r>
      <w:sdt>
        <w:sdtPr>
          <w:rPr>
            <w:rFonts w:ascii="Times New Roman" w:hAnsi="Times New Roman" w:cs="Times New Roman"/>
          </w:rPr>
          <w:id w:val="367422318"/>
          <w:placeholder>
            <w:docPart w:val="DefaultPlaceholder_-1854013440"/>
          </w:placeholder>
          <w:showingPlcHdr/>
        </w:sdtPr>
        <w:sdtContent>
          <w:r w:rsidR="00E32AAD" w:rsidRPr="00F67619">
            <w:rPr>
              <w:rStyle w:val="PlaceholderText"/>
            </w:rPr>
            <w:t>Click or tap here to enter text.</w:t>
          </w:r>
        </w:sdtContent>
      </w:sdt>
    </w:p>
    <w:p w14:paraId="708DD931" w14:textId="72822DB7"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 xml:space="preserve">Original Approval Date: </w:t>
      </w:r>
      <w:sdt>
        <w:sdtPr>
          <w:rPr>
            <w:rFonts w:ascii="Times New Roman" w:hAnsi="Times New Roman" w:cs="Times New Roman"/>
          </w:rPr>
          <w:id w:val="-1955472080"/>
          <w:placeholder>
            <w:docPart w:val="DefaultPlaceholder_-1854013440"/>
          </w:placeholder>
          <w:showingPlcHdr/>
        </w:sdtPr>
        <w:sdtContent>
          <w:r w:rsidR="00E32AAD" w:rsidRPr="00F67619">
            <w:rPr>
              <w:rStyle w:val="PlaceholderText"/>
            </w:rPr>
            <w:t>Click or tap here to enter text.</w:t>
          </w:r>
        </w:sdtContent>
      </w:sdt>
    </w:p>
    <w:p w14:paraId="0B97103E" w14:textId="77777777" w:rsidR="00E32AAD" w:rsidRDefault="00E32AAD" w:rsidP="00B225C7">
      <w:pPr>
        <w:pStyle w:val="NoSpacing"/>
        <w:rPr>
          <w:rFonts w:ascii="Times New Roman" w:hAnsi="Times New Roman" w:cs="Times New Roman"/>
          <w:bCs/>
        </w:rPr>
      </w:pPr>
    </w:p>
    <w:p w14:paraId="0D7DCFD3" w14:textId="0B385810" w:rsidR="00CD6A9D" w:rsidRPr="00B225C7" w:rsidRDefault="00CD6A9D" w:rsidP="00B225C7">
      <w:pPr>
        <w:pStyle w:val="NoSpacing"/>
        <w:rPr>
          <w:rFonts w:ascii="Times New Roman" w:hAnsi="Times New Roman" w:cs="Times New Roman"/>
          <w:bCs/>
        </w:rPr>
      </w:pPr>
      <w:r w:rsidRPr="00B225C7">
        <w:rPr>
          <w:rFonts w:ascii="Times New Roman" w:hAnsi="Times New Roman" w:cs="Times New Roman"/>
          <w:bCs/>
        </w:rPr>
        <w:t>Purpose of Submission (check one):</w:t>
      </w:r>
    </w:p>
    <w:p w14:paraId="2E9A802F" w14:textId="43EF564F" w:rsidR="00CD6A9D" w:rsidRPr="00B225C7" w:rsidRDefault="00E32AAD" w:rsidP="00E32AAD">
      <w:pPr>
        <w:pStyle w:val="NoSpacing"/>
        <w:ind w:left="720"/>
        <w:rPr>
          <w:rFonts w:ascii="Times New Roman" w:hAnsi="Times New Roman" w:cs="Times New Roman"/>
          <w:bCs/>
        </w:rPr>
      </w:pPr>
      <w:sdt>
        <w:sdtPr>
          <w:rPr>
            <w:rFonts w:ascii="Times New Roman" w:hAnsi="Times New Roman" w:cs="Times New Roman"/>
            <w:bCs/>
          </w:rPr>
          <w:id w:val="-2145109189"/>
          <w14:checkbox>
            <w14:checked w14:val="0"/>
            <w14:checkedState w14:val="2612" w14:font="MS Gothic"/>
            <w14:uncheckedState w14:val="2610" w14:font="MS Gothic"/>
          </w14:checkbox>
        </w:sdtPr>
        <w:sdtContent>
          <w:r>
            <w:rPr>
              <w:rFonts w:ascii="MS Gothic" w:eastAsia="MS Gothic" w:hAnsi="MS Gothic" w:cs="Times New Roman" w:hint="eastAsia"/>
              <w:bCs/>
            </w:rPr>
            <w:t>☐</w:t>
          </w:r>
        </w:sdtContent>
      </w:sdt>
      <w:r w:rsidR="00CD6A9D" w:rsidRPr="00B225C7">
        <w:rPr>
          <w:rFonts w:ascii="Times New Roman" w:hAnsi="Times New Roman" w:cs="Times New Roman"/>
          <w:bCs/>
        </w:rPr>
        <w:t xml:space="preserve"> Status update (administrative)</w:t>
      </w:r>
    </w:p>
    <w:p w14:paraId="042885B0" w14:textId="75A08E02" w:rsidR="00E6505A" w:rsidRPr="00B225C7" w:rsidRDefault="00E32AAD" w:rsidP="00E32AAD">
      <w:pPr>
        <w:pStyle w:val="NoSpacing"/>
        <w:ind w:left="720"/>
        <w:rPr>
          <w:rFonts w:ascii="Times New Roman" w:hAnsi="Times New Roman" w:cs="Times New Roman"/>
          <w:bCs/>
        </w:rPr>
      </w:pPr>
      <w:sdt>
        <w:sdtPr>
          <w:rPr>
            <w:rFonts w:ascii="Times New Roman" w:hAnsi="Times New Roman" w:cs="Times New Roman"/>
            <w:bCs/>
          </w:rPr>
          <w:id w:val="273137075"/>
          <w14:checkbox>
            <w14:checked w14:val="0"/>
            <w14:checkedState w14:val="2612" w14:font="MS Gothic"/>
            <w14:uncheckedState w14:val="2610" w14:font="MS Gothic"/>
          </w14:checkbox>
        </w:sdtPr>
        <w:sdtContent>
          <w:r>
            <w:rPr>
              <w:rFonts w:ascii="MS Gothic" w:eastAsia="MS Gothic" w:hAnsi="MS Gothic" w:cs="Times New Roman" w:hint="eastAsia"/>
              <w:bCs/>
            </w:rPr>
            <w:t>☐</w:t>
          </w:r>
        </w:sdtContent>
      </w:sdt>
      <w:r w:rsidR="00CD6A9D" w:rsidRPr="00B225C7">
        <w:rPr>
          <w:rFonts w:ascii="Times New Roman" w:hAnsi="Times New Roman" w:cs="Times New Roman"/>
          <w:bCs/>
        </w:rPr>
        <w:t xml:space="preserve"> Continuing review (required for ongoing approval)</w:t>
      </w:r>
    </w:p>
    <w:p w14:paraId="0E6AE0DB" w14:textId="77777777" w:rsidR="00910194" w:rsidRPr="00B225C7" w:rsidRDefault="00910194" w:rsidP="00B225C7">
      <w:pPr>
        <w:pStyle w:val="NoSpacing"/>
        <w:rPr>
          <w:rFonts w:ascii="Times New Roman" w:hAnsi="Times New Roman" w:cs="Times New Roman"/>
        </w:rPr>
      </w:pPr>
    </w:p>
    <w:p w14:paraId="71CB4283" w14:textId="47226AE0" w:rsidR="003D47EC" w:rsidRPr="00603038" w:rsidRDefault="000F62A1" w:rsidP="00B225C7">
      <w:pPr>
        <w:pStyle w:val="NoSpacing"/>
        <w:rPr>
          <w:rFonts w:ascii="Times New Roman" w:hAnsi="Times New Roman" w:cs="Times New Roman"/>
          <w:b/>
          <w:bCs/>
          <w:u w:val="single"/>
        </w:rPr>
      </w:pPr>
      <w:r w:rsidRPr="00603038">
        <w:rPr>
          <w:rFonts w:ascii="Times New Roman" w:hAnsi="Times New Roman" w:cs="Times New Roman"/>
          <w:b/>
          <w:bCs/>
          <w:u w:val="single"/>
        </w:rPr>
        <w:t>Section 2: Current Study Status (check one)</w:t>
      </w:r>
    </w:p>
    <w:p w14:paraId="1DC37D4C" w14:textId="1333320F"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38245246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Ongoing (actively recruiting or collecting data)</w:t>
      </w:r>
    </w:p>
    <w:p w14:paraId="6FAAA10D" w14:textId="21226A7A"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19797379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Data collection complete; data analysis ongoing</w:t>
      </w:r>
    </w:p>
    <w:p w14:paraId="7FF164C2" w14:textId="1545F3F2"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152312192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Completed (no further research activity)</w:t>
      </w:r>
    </w:p>
    <w:p w14:paraId="6AB35C30" w14:textId="17DE0FA2"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87184159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Closed (all activities complete and data secured/destroyed as applicable)</w:t>
      </w:r>
    </w:p>
    <w:p w14:paraId="7DE4850F" w14:textId="77777777" w:rsidR="003D47EC" w:rsidRPr="00B225C7" w:rsidRDefault="003D47EC" w:rsidP="00B225C7">
      <w:pPr>
        <w:pStyle w:val="NoSpacing"/>
        <w:rPr>
          <w:rFonts w:ascii="Times New Roman" w:hAnsi="Times New Roman" w:cs="Times New Roman"/>
        </w:rPr>
      </w:pPr>
    </w:p>
    <w:p w14:paraId="42D198AB" w14:textId="77777777" w:rsidR="003D47EC" w:rsidRPr="00603038" w:rsidRDefault="000F62A1" w:rsidP="00B225C7">
      <w:pPr>
        <w:pStyle w:val="NoSpacing"/>
        <w:rPr>
          <w:rFonts w:ascii="Times New Roman" w:hAnsi="Times New Roman" w:cs="Times New Roman"/>
          <w:b/>
          <w:bCs/>
          <w:u w:val="single"/>
        </w:rPr>
      </w:pPr>
      <w:r w:rsidRPr="00603038">
        <w:rPr>
          <w:rFonts w:ascii="Times New Roman" w:hAnsi="Times New Roman" w:cs="Times New Roman"/>
          <w:b/>
          <w:bCs/>
          <w:u w:val="single"/>
        </w:rPr>
        <w:t>Section 3: Participant Enrollment</w:t>
      </w:r>
    </w:p>
    <w:p w14:paraId="7DDABAA6" w14:textId="273A14C5"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 xml:space="preserve">Total number of participants approved: </w:t>
      </w:r>
      <w:sdt>
        <w:sdtPr>
          <w:rPr>
            <w:rFonts w:ascii="Times New Roman" w:hAnsi="Times New Roman" w:cs="Times New Roman"/>
          </w:rPr>
          <w:id w:val="1991825524"/>
          <w:placeholder>
            <w:docPart w:val="DefaultPlaceholder_-1854013440"/>
          </w:placeholder>
          <w:showingPlcHdr/>
        </w:sdtPr>
        <w:sdtContent>
          <w:r w:rsidR="00603038" w:rsidRPr="00F67619">
            <w:rPr>
              <w:rStyle w:val="PlaceholderText"/>
            </w:rPr>
            <w:t>Click or tap here to enter text.</w:t>
          </w:r>
        </w:sdtContent>
      </w:sdt>
    </w:p>
    <w:p w14:paraId="4B376D09" w14:textId="7BA0DB48"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 xml:space="preserve">Total number of participants enrolled to date: </w:t>
      </w:r>
      <w:sdt>
        <w:sdtPr>
          <w:rPr>
            <w:rFonts w:ascii="Times New Roman" w:hAnsi="Times New Roman" w:cs="Times New Roman"/>
          </w:rPr>
          <w:id w:val="-2128455028"/>
          <w:placeholder>
            <w:docPart w:val="DefaultPlaceholder_-1854013440"/>
          </w:placeholder>
          <w:showingPlcHdr/>
        </w:sdtPr>
        <w:sdtContent>
          <w:r w:rsidR="00603038" w:rsidRPr="00F67619">
            <w:rPr>
              <w:rStyle w:val="PlaceholderText"/>
            </w:rPr>
            <w:t>Click or tap here to enter text.</w:t>
          </w:r>
        </w:sdtContent>
      </w:sdt>
    </w:p>
    <w:p w14:paraId="12A1C198" w14:textId="77777777" w:rsidR="00603038" w:rsidRDefault="00603038" w:rsidP="00B225C7">
      <w:pPr>
        <w:pStyle w:val="NoSpacing"/>
        <w:rPr>
          <w:rFonts w:ascii="Times New Roman" w:hAnsi="Times New Roman" w:cs="Times New Roman"/>
        </w:rPr>
      </w:pPr>
    </w:p>
    <w:p w14:paraId="285EE07E" w14:textId="03BD5CE7"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Have there been any changes to the participant population?</w:t>
      </w:r>
    </w:p>
    <w:p w14:paraId="5AD6FCAA" w14:textId="35839FC2"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174091171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No</w:t>
      </w:r>
    </w:p>
    <w:p w14:paraId="04A7FD1F" w14:textId="6A75F7A0"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208190424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Yes (please describe): </w:t>
      </w:r>
      <w:sdt>
        <w:sdtPr>
          <w:rPr>
            <w:rFonts w:ascii="Times New Roman" w:hAnsi="Times New Roman" w:cs="Times New Roman"/>
          </w:rPr>
          <w:id w:val="-852721984"/>
          <w:placeholder>
            <w:docPart w:val="DefaultPlaceholder_-1854013440"/>
          </w:placeholder>
          <w:showingPlcHdr/>
        </w:sdtPr>
        <w:sdtContent>
          <w:r w:rsidRPr="00F67619">
            <w:rPr>
              <w:rStyle w:val="PlaceholderText"/>
            </w:rPr>
            <w:t>Click or tap here to enter text.</w:t>
          </w:r>
        </w:sdtContent>
      </w:sdt>
    </w:p>
    <w:p w14:paraId="3BA64F4D" w14:textId="77777777" w:rsidR="003D47EC" w:rsidRPr="00B225C7" w:rsidRDefault="003D47EC" w:rsidP="00B225C7">
      <w:pPr>
        <w:pStyle w:val="NoSpacing"/>
        <w:rPr>
          <w:rFonts w:ascii="Times New Roman" w:hAnsi="Times New Roman" w:cs="Times New Roman"/>
        </w:rPr>
      </w:pPr>
    </w:p>
    <w:p w14:paraId="763D09EC" w14:textId="77777777" w:rsidR="003D47EC" w:rsidRPr="00603038" w:rsidRDefault="000F62A1" w:rsidP="00B225C7">
      <w:pPr>
        <w:pStyle w:val="NoSpacing"/>
        <w:rPr>
          <w:rFonts w:ascii="Times New Roman" w:hAnsi="Times New Roman" w:cs="Times New Roman"/>
          <w:b/>
          <w:bCs/>
          <w:u w:val="single"/>
        </w:rPr>
      </w:pPr>
      <w:r w:rsidRPr="00603038">
        <w:rPr>
          <w:rFonts w:ascii="Times New Roman" w:hAnsi="Times New Roman" w:cs="Times New Roman"/>
          <w:b/>
          <w:bCs/>
          <w:u w:val="single"/>
        </w:rPr>
        <w:t>Section 4: Problems, Events, or Changes</w:t>
      </w:r>
    </w:p>
    <w:p w14:paraId="1EB2917B" w14:textId="77777777"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Have there been any unanticipated problems, adverse events, or participant complaints?</w:t>
      </w:r>
    </w:p>
    <w:p w14:paraId="4383E124" w14:textId="443DED6E"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19131300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No</w:t>
      </w:r>
    </w:p>
    <w:p w14:paraId="35610A87" w14:textId="79E822A1" w:rsidR="003D47EC" w:rsidRPr="00B225C7" w:rsidRDefault="00603038" w:rsidP="00603038">
      <w:pPr>
        <w:pStyle w:val="NoSpacing"/>
        <w:ind w:left="720"/>
        <w:rPr>
          <w:rFonts w:ascii="Times New Roman" w:hAnsi="Times New Roman" w:cs="Times New Roman"/>
        </w:rPr>
      </w:pPr>
      <w:sdt>
        <w:sdtPr>
          <w:rPr>
            <w:rFonts w:ascii="Times New Roman" w:hAnsi="Times New Roman" w:cs="Times New Roman"/>
          </w:rPr>
          <w:id w:val="95598918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Yes (please describe): </w:t>
      </w:r>
      <w:sdt>
        <w:sdtPr>
          <w:rPr>
            <w:rFonts w:ascii="Times New Roman" w:hAnsi="Times New Roman" w:cs="Times New Roman"/>
          </w:rPr>
          <w:id w:val="-150366873"/>
          <w:placeholder>
            <w:docPart w:val="DefaultPlaceholder_-1854013440"/>
          </w:placeholder>
          <w:showingPlcHdr/>
        </w:sdtPr>
        <w:sdtContent>
          <w:r w:rsidR="0060766D" w:rsidRPr="00F67619">
            <w:rPr>
              <w:rStyle w:val="PlaceholderText"/>
            </w:rPr>
            <w:t>Click or tap here to enter text.</w:t>
          </w:r>
        </w:sdtContent>
      </w:sdt>
    </w:p>
    <w:p w14:paraId="66DDBED3" w14:textId="77777777" w:rsidR="003D47EC" w:rsidRPr="00B225C7" w:rsidRDefault="003D47EC" w:rsidP="00B225C7">
      <w:pPr>
        <w:pStyle w:val="NoSpacing"/>
        <w:rPr>
          <w:rFonts w:ascii="Times New Roman" w:hAnsi="Times New Roman" w:cs="Times New Roman"/>
        </w:rPr>
      </w:pPr>
    </w:p>
    <w:p w14:paraId="63EE8010" w14:textId="77777777"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Have any changes been made to the study without prior IRB approval?</w:t>
      </w:r>
    </w:p>
    <w:p w14:paraId="4FB3D6BB" w14:textId="7CE6B819" w:rsidR="003D47EC" w:rsidRPr="00B225C7" w:rsidRDefault="0060766D" w:rsidP="0060766D">
      <w:pPr>
        <w:pStyle w:val="NoSpacing"/>
        <w:ind w:left="720"/>
        <w:rPr>
          <w:rFonts w:ascii="Times New Roman" w:hAnsi="Times New Roman" w:cs="Times New Roman"/>
        </w:rPr>
      </w:pPr>
      <w:sdt>
        <w:sdtPr>
          <w:rPr>
            <w:rFonts w:ascii="Segoe UI Symbol" w:hAnsi="Segoe UI Symbol" w:cs="Segoe UI Symbol"/>
          </w:rPr>
          <w:id w:val="205557731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0F62A1" w:rsidRPr="00B225C7">
        <w:rPr>
          <w:rFonts w:ascii="Times New Roman" w:hAnsi="Times New Roman" w:cs="Times New Roman"/>
        </w:rPr>
        <w:t xml:space="preserve"> No</w:t>
      </w:r>
    </w:p>
    <w:p w14:paraId="41419382" w14:textId="289D2525" w:rsidR="003D47EC" w:rsidRPr="00B225C7" w:rsidRDefault="0060766D" w:rsidP="0060766D">
      <w:pPr>
        <w:pStyle w:val="NoSpacing"/>
        <w:ind w:left="720"/>
        <w:rPr>
          <w:rFonts w:ascii="Times New Roman" w:hAnsi="Times New Roman" w:cs="Times New Roman"/>
        </w:rPr>
      </w:pPr>
      <w:sdt>
        <w:sdtPr>
          <w:rPr>
            <w:rFonts w:ascii="Times New Roman" w:hAnsi="Times New Roman" w:cs="Times New Roman"/>
          </w:rPr>
          <w:id w:val="8769774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Yes (please explain): </w:t>
      </w:r>
      <w:sdt>
        <w:sdtPr>
          <w:rPr>
            <w:rFonts w:ascii="Times New Roman" w:hAnsi="Times New Roman" w:cs="Times New Roman"/>
          </w:rPr>
          <w:id w:val="-1771855706"/>
          <w:placeholder>
            <w:docPart w:val="DefaultPlaceholder_-1854013440"/>
          </w:placeholder>
          <w:showingPlcHdr/>
        </w:sdtPr>
        <w:sdtContent>
          <w:r w:rsidRPr="00F67619">
            <w:rPr>
              <w:rStyle w:val="PlaceholderText"/>
            </w:rPr>
            <w:t>Click or tap here to enter text.</w:t>
          </w:r>
        </w:sdtContent>
      </w:sdt>
    </w:p>
    <w:p w14:paraId="0BC4B853" w14:textId="77777777" w:rsidR="003D47EC" w:rsidRPr="00B225C7" w:rsidRDefault="003D47EC" w:rsidP="00B225C7">
      <w:pPr>
        <w:pStyle w:val="NoSpacing"/>
        <w:rPr>
          <w:rFonts w:ascii="Times New Roman" w:hAnsi="Times New Roman" w:cs="Times New Roman"/>
        </w:rPr>
      </w:pPr>
    </w:p>
    <w:p w14:paraId="14DFF051" w14:textId="77777777" w:rsidR="003D47EC" w:rsidRPr="0060766D" w:rsidRDefault="000F62A1" w:rsidP="00B225C7">
      <w:pPr>
        <w:pStyle w:val="NoSpacing"/>
        <w:rPr>
          <w:rFonts w:ascii="Times New Roman" w:hAnsi="Times New Roman" w:cs="Times New Roman"/>
          <w:b/>
          <w:bCs/>
          <w:u w:val="single"/>
        </w:rPr>
      </w:pPr>
      <w:r w:rsidRPr="0060766D">
        <w:rPr>
          <w:rFonts w:ascii="Times New Roman" w:hAnsi="Times New Roman" w:cs="Times New Roman"/>
          <w:b/>
          <w:bCs/>
          <w:u w:val="single"/>
        </w:rPr>
        <w:t>Section 5: Data Collection and Security</w:t>
      </w:r>
    </w:p>
    <w:p w14:paraId="6E1314B0" w14:textId="77777777"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Is data collection still ongoing?</w:t>
      </w:r>
    </w:p>
    <w:p w14:paraId="6D0D85CB" w14:textId="2FE8DB80" w:rsidR="003D47EC" w:rsidRPr="00B225C7" w:rsidRDefault="0060766D" w:rsidP="0060766D">
      <w:pPr>
        <w:pStyle w:val="NoSpacing"/>
        <w:ind w:left="720"/>
        <w:rPr>
          <w:rFonts w:ascii="Times New Roman" w:hAnsi="Times New Roman" w:cs="Times New Roman"/>
        </w:rPr>
      </w:pPr>
      <w:sdt>
        <w:sdtPr>
          <w:rPr>
            <w:rFonts w:ascii="Times New Roman" w:hAnsi="Times New Roman" w:cs="Times New Roman"/>
          </w:rPr>
          <w:id w:val="-188108420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Yes</w:t>
      </w:r>
    </w:p>
    <w:p w14:paraId="3AD29F47" w14:textId="0427D1AD" w:rsidR="003D47EC" w:rsidRPr="00B225C7" w:rsidRDefault="0060766D" w:rsidP="0060766D">
      <w:pPr>
        <w:pStyle w:val="NoSpacing"/>
        <w:ind w:left="720"/>
        <w:rPr>
          <w:rFonts w:ascii="Times New Roman" w:hAnsi="Times New Roman" w:cs="Times New Roman"/>
        </w:rPr>
      </w:pPr>
      <w:sdt>
        <w:sdtPr>
          <w:rPr>
            <w:rFonts w:ascii="Times New Roman" w:hAnsi="Times New Roman" w:cs="Times New Roman"/>
          </w:rPr>
          <w:id w:val="-115206703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No</w:t>
      </w:r>
    </w:p>
    <w:p w14:paraId="3D353B3D" w14:textId="77777777" w:rsidR="003D47EC" w:rsidRPr="00B225C7" w:rsidRDefault="003D47EC" w:rsidP="00B225C7">
      <w:pPr>
        <w:pStyle w:val="NoSpacing"/>
        <w:rPr>
          <w:rFonts w:ascii="Times New Roman" w:hAnsi="Times New Roman" w:cs="Times New Roman"/>
        </w:rPr>
      </w:pPr>
    </w:p>
    <w:p w14:paraId="3E2E61D6" w14:textId="77777777"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Is data being stored as described in the approved protocol?</w:t>
      </w:r>
    </w:p>
    <w:p w14:paraId="146C1DF2" w14:textId="0E7B6E02" w:rsidR="003D47EC" w:rsidRPr="00B225C7" w:rsidRDefault="0060766D" w:rsidP="0060766D">
      <w:pPr>
        <w:pStyle w:val="NoSpacing"/>
        <w:ind w:left="720"/>
        <w:rPr>
          <w:rFonts w:ascii="Times New Roman" w:hAnsi="Times New Roman" w:cs="Times New Roman"/>
        </w:rPr>
      </w:pPr>
      <w:sdt>
        <w:sdtPr>
          <w:rPr>
            <w:rFonts w:ascii="Times New Roman" w:hAnsi="Times New Roman" w:cs="Times New Roman"/>
          </w:rPr>
          <w:id w:val="-12161156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Yes</w:t>
      </w:r>
    </w:p>
    <w:p w14:paraId="12C5802B" w14:textId="1EC4858B" w:rsidR="003D47EC" w:rsidRPr="00B225C7" w:rsidRDefault="0060766D" w:rsidP="0060766D">
      <w:pPr>
        <w:pStyle w:val="NoSpacing"/>
        <w:ind w:left="720"/>
        <w:rPr>
          <w:rFonts w:ascii="Times New Roman" w:hAnsi="Times New Roman" w:cs="Times New Roman"/>
        </w:rPr>
      </w:pPr>
      <w:sdt>
        <w:sdtPr>
          <w:rPr>
            <w:rFonts w:ascii="Times New Roman" w:hAnsi="Times New Roman" w:cs="Times New Roman"/>
          </w:rPr>
          <w:id w:val="24092601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0F62A1" w:rsidRPr="00B225C7">
        <w:rPr>
          <w:rFonts w:ascii="Times New Roman" w:hAnsi="Times New Roman" w:cs="Times New Roman"/>
        </w:rPr>
        <w:t xml:space="preserve"> No (please explain): </w:t>
      </w:r>
      <w:sdt>
        <w:sdtPr>
          <w:rPr>
            <w:rFonts w:ascii="Times New Roman" w:hAnsi="Times New Roman" w:cs="Times New Roman"/>
          </w:rPr>
          <w:id w:val="-2094162082"/>
          <w:placeholder>
            <w:docPart w:val="DefaultPlaceholder_-1854013440"/>
          </w:placeholder>
          <w:showingPlcHdr/>
        </w:sdtPr>
        <w:sdtContent>
          <w:r w:rsidRPr="00F67619">
            <w:rPr>
              <w:rStyle w:val="PlaceholderText"/>
            </w:rPr>
            <w:t>Click or tap here to enter text.</w:t>
          </w:r>
        </w:sdtContent>
      </w:sdt>
    </w:p>
    <w:p w14:paraId="3DD2AE63" w14:textId="77777777" w:rsidR="003D47EC" w:rsidRPr="00B225C7" w:rsidRDefault="003D47EC" w:rsidP="00B225C7">
      <w:pPr>
        <w:pStyle w:val="NoSpacing"/>
        <w:rPr>
          <w:rFonts w:ascii="Times New Roman" w:hAnsi="Times New Roman" w:cs="Times New Roman"/>
        </w:rPr>
      </w:pPr>
    </w:p>
    <w:p w14:paraId="5678F1B7" w14:textId="77777777" w:rsidR="003D47EC" w:rsidRPr="0060766D" w:rsidRDefault="000F62A1" w:rsidP="00B225C7">
      <w:pPr>
        <w:pStyle w:val="NoSpacing"/>
        <w:rPr>
          <w:rFonts w:ascii="Times New Roman" w:hAnsi="Times New Roman" w:cs="Times New Roman"/>
          <w:b/>
          <w:bCs/>
          <w:u w:val="single"/>
        </w:rPr>
      </w:pPr>
      <w:r w:rsidRPr="0060766D">
        <w:rPr>
          <w:rFonts w:ascii="Times New Roman" w:hAnsi="Times New Roman" w:cs="Times New Roman"/>
          <w:b/>
          <w:bCs/>
          <w:u w:val="single"/>
        </w:rPr>
        <w:t>Section 6: Continuing Review / Next Steps</w:t>
      </w:r>
    </w:p>
    <w:p w14:paraId="252D1107" w14:textId="77777777" w:rsidR="00A42AF4" w:rsidRPr="00B225C7" w:rsidRDefault="00A42AF4" w:rsidP="00B225C7">
      <w:pPr>
        <w:pStyle w:val="NoSpacing"/>
        <w:rPr>
          <w:rFonts w:ascii="Times New Roman" w:hAnsi="Times New Roman" w:cs="Times New Roman"/>
        </w:rPr>
      </w:pPr>
      <w:r w:rsidRPr="00B225C7">
        <w:rPr>
          <w:rFonts w:ascii="Times New Roman" w:hAnsi="Times New Roman" w:cs="Times New Roman"/>
        </w:rPr>
        <w:t>Do you plan to continue this study?</w:t>
      </w:r>
    </w:p>
    <w:p w14:paraId="4CF3110F" w14:textId="65320F7A" w:rsidR="00A42AF4" w:rsidRPr="00B225C7" w:rsidRDefault="0060766D" w:rsidP="0060766D">
      <w:pPr>
        <w:pStyle w:val="NoSpacing"/>
        <w:ind w:left="720"/>
        <w:rPr>
          <w:rFonts w:ascii="Times New Roman" w:hAnsi="Times New Roman" w:cs="Times New Roman"/>
        </w:rPr>
      </w:pPr>
      <w:sdt>
        <w:sdtPr>
          <w:rPr>
            <w:rFonts w:ascii="Segoe UI Symbol" w:hAnsi="Segoe UI Symbol" w:cs="Segoe UI Symbol"/>
          </w:rPr>
          <w:id w:val="-1796980846"/>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00A42AF4" w:rsidRPr="00B225C7">
        <w:rPr>
          <w:rFonts w:ascii="Times New Roman" w:hAnsi="Times New Roman" w:cs="Times New Roman"/>
        </w:rPr>
        <w:t xml:space="preserve"> Yes (continuing review approval may be required to continue research activities)</w:t>
      </w:r>
    </w:p>
    <w:p w14:paraId="6C23919F" w14:textId="0E07B59F" w:rsidR="003D47EC" w:rsidRPr="00B225C7" w:rsidRDefault="0060766D" w:rsidP="0060766D">
      <w:pPr>
        <w:pStyle w:val="NoSpacing"/>
        <w:ind w:left="720"/>
        <w:rPr>
          <w:rFonts w:ascii="Times New Roman" w:hAnsi="Times New Roman" w:cs="Times New Roman"/>
        </w:rPr>
      </w:pPr>
      <w:sdt>
        <w:sdtPr>
          <w:rPr>
            <w:rFonts w:ascii="Times New Roman" w:hAnsi="Times New Roman" w:cs="Times New Roman"/>
          </w:rPr>
          <w:id w:val="184651671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00A42AF4" w:rsidRPr="00B225C7">
        <w:rPr>
          <w:rFonts w:ascii="Times New Roman" w:hAnsi="Times New Roman" w:cs="Times New Roman"/>
        </w:rPr>
        <w:t xml:space="preserve"> No (please close the study)</w:t>
      </w:r>
    </w:p>
    <w:p w14:paraId="262F5A03" w14:textId="77777777" w:rsidR="0060766D" w:rsidRDefault="0060766D" w:rsidP="00B225C7">
      <w:pPr>
        <w:pStyle w:val="NoSpacing"/>
        <w:rPr>
          <w:rFonts w:ascii="Times New Roman" w:hAnsi="Times New Roman" w:cs="Times New Roman"/>
          <w:i/>
          <w:iCs/>
        </w:rPr>
      </w:pPr>
    </w:p>
    <w:p w14:paraId="78F611D3" w14:textId="58CF5CFE" w:rsidR="00A42AF4" w:rsidRPr="00B225C7" w:rsidRDefault="00A42AF4" w:rsidP="00B225C7">
      <w:pPr>
        <w:pStyle w:val="NoSpacing"/>
        <w:rPr>
          <w:rFonts w:ascii="Times New Roman" w:hAnsi="Times New Roman" w:cs="Times New Roman"/>
          <w:i/>
          <w:iCs/>
        </w:rPr>
      </w:pPr>
      <w:r w:rsidRPr="00B225C7">
        <w:rPr>
          <w:rFonts w:ascii="Times New Roman" w:hAnsi="Times New Roman" w:cs="Times New Roman"/>
          <w:i/>
          <w:iCs/>
        </w:rPr>
        <w:t>Research activities may not continue beyond the approval expiration date when continuing review is required and approval has not been renewed.</w:t>
      </w:r>
    </w:p>
    <w:p w14:paraId="7A8314F4" w14:textId="77777777" w:rsidR="0060766D" w:rsidRDefault="0060766D" w:rsidP="00B225C7">
      <w:pPr>
        <w:pStyle w:val="NoSpacing"/>
        <w:rPr>
          <w:rFonts w:ascii="Times New Roman" w:hAnsi="Times New Roman" w:cs="Times New Roman"/>
        </w:rPr>
      </w:pPr>
    </w:p>
    <w:p w14:paraId="2B966AB6" w14:textId="019CE17C" w:rsidR="003D47EC" w:rsidRPr="0060766D" w:rsidRDefault="000F62A1" w:rsidP="00B225C7">
      <w:pPr>
        <w:pStyle w:val="NoSpacing"/>
        <w:rPr>
          <w:rFonts w:ascii="Times New Roman" w:hAnsi="Times New Roman" w:cs="Times New Roman"/>
          <w:b/>
          <w:bCs/>
          <w:u w:val="single"/>
        </w:rPr>
      </w:pPr>
      <w:r w:rsidRPr="0060766D">
        <w:rPr>
          <w:rFonts w:ascii="Times New Roman" w:hAnsi="Times New Roman" w:cs="Times New Roman"/>
          <w:b/>
          <w:bCs/>
          <w:u w:val="single"/>
        </w:rPr>
        <w:t>Section 7: Investigator Certification</w:t>
      </w:r>
    </w:p>
    <w:p w14:paraId="44889BF6" w14:textId="77777777"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By signing below, I certify that the information provided is accurate and that the study continues to be conducted in accordance with IRB approval and institutional requirements.</w:t>
      </w:r>
    </w:p>
    <w:p w14:paraId="47D41006" w14:textId="77777777" w:rsidR="003D47EC" w:rsidRPr="00B225C7" w:rsidRDefault="003D47EC" w:rsidP="00B225C7">
      <w:pPr>
        <w:pStyle w:val="NoSpacing"/>
        <w:rPr>
          <w:rFonts w:ascii="Times New Roman" w:hAnsi="Times New Roman" w:cs="Times New Roman"/>
        </w:rPr>
      </w:pPr>
    </w:p>
    <w:p w14:paraId="2D777FFC" w14:textId="2DAB4142"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Principal Investigator Signature: ____</w:t>
      </w:r>
      <w:r w:rsidR="00FC24B4" w:rsidRPr="00B225C7">
        <w:rPr>
          <w:rFonts w:ascii="Times New Roman" w:hAnsi="Times New Roman" w:cs="Times New Roman"/>
        </w:rPr>
        <w:t>____</w:t>
      </w:r>
      <w:r w:rsidRPr="00B225C7">
        <w:rPr>
          <w:rFonts w:ascii="Times New Roman" w:hAnsi="Times New Roman" w:cs="Times New Roman"/>
        </w:rPr>
        <w:t>____________________________</w:t>
      </w:r>
    </w:p>
    <w:p w14:paraId="4C43EA09" w14:textId="77777777" w:rsidR="0060766D" w:rsidRDefault="0060766D" w:rsidP="00B225C7">
      <w:pPr>
        <w:pStyle w:val="NoSpacing"/>
        <w:rPr>
          <w:rFonts w:ascii="Times New Roman" w:hAnsi="Times New Roman" w:cs="Times New Roman"/>
        </w:rPr>
      </w:pPr>
    </w:p>
    <w:p w14:paraId="5C75BD2A" w14:textId="4853A73F" w:rsidR="003D47EC" w:rsidRPr="00B225C7" w:rsidRDefault="000F62A1" w:rsidP="00B225C7">
      <w:pPr>
        <w:pStyle w:val="NoSpacing"/>
        <w:rPr>
          <w:rFonts w:ascii="Times New Roman" w:hAnsi="Times New Roman" w:cs="Times New Roman"/>
        </w:rPr>
      </w:pPr>
      <w:r w:rsidRPr="00B225C7">
        <w:rPr>
          <w:rFonts w:ascii="Times New Roman" w:hAnsi="Times New Roman" w:cs="Times New Roman"/>
        </w:rPr>
        <w:t xml:space="preserve">Date: </w:t>
      </w:r>
      <w:sdt>
        <w:sdtPr>
          <w:rPr>
            <w:rFonts w:ascii="Times New Roman" w:hAnsi="Times New Roman" w:cs="Times New Roman"/>
          </w:rPr>
          <w:id w:val="404425721"/>
          <w:placeholder>
            <w:docPart w:val="DefaultPlaceholder_-1854013437"/>
          </w:placeholder>
          <w:showingPlcHdr/>
          <w:date>
            <w:dateFormat w:val="M/d/yyyy"/>
            <w:lid w:val="en-US"/>
            <w:storeMappedDataAs w:val="dateTime"/>
            <w:calendar w:val="gregorian"/>
          </w:date>
        </w:sdtPr>
        <w:sdtContent>
          <w:r w:rsidR="0060766D" w:rsidRPr="00F67619">
            <w:rPr>
              <w:rStyle w:val="PlaceholderText"/>
            </w:rPr>
            <w:t>Click or tap to enter a date.</w:t>
          </w:r>
        </w:sdtContent>
      </w:sdt>
    </w:p>
    <w:p w14:paraId="287846F9" w14:textId="77777777" w:rsidR="0060766D" w:rsidRDefault="0060766D" w:rsidP="00B225C7">
      <w:pPr>
        <w:pStyle w:val="NoSpacing"/>
        <w:rPr>
          <w:rFonts w:ascii="Times New Roman" w:hAnsi="Times New Roman" w:cs="Times New Roman"/>
        </w:rPr>
      </w:pPr>
    </w:p>
    <w:p w14:paraId="2D18F53B" w14:textId="6476466A" w:rsidR="00FC24B4" w:rsidRPr="00B225C7" w:rsidRDefault="00FC24B4" w:rsidP="00B225C7">
      <w:pPr>
        <w:pStyle w:val="NoSpacing"/>
        <w:rPr>
          <w:rFonts w:ascii="Times New Roman" w:hAnsi="Times New Roman" w:cs="Times New Roman"/>
        </w:rPr>
      </w:pPr>
      <w:r w:rsidRPr="00B225C7">
        <w:rPr>
          <w:rFonts w:ascii="Times New Roman" w:hAnsi="Times New Roman" w:cs="Times New Roman"/>
        </w:rPr>
        <w:t xml:space="preserve">Faculty </w:t>
      </w:r>
      <w:r w:rsidR="0060766D">
        <w:rPr>
          <w:rFonts w:ascii="Times New Roman" w:hAnsi="Times New Roman" w:cs="Times New Roman"/>
        </w:rPr>
        <w:t>Sponsor</w:t>
      </w:r>
      <w:r w:rsidRPr="00B225C7">
        <w:rPr>
          <w:rFonts w:ascii="Times New Roman" w:hAnsi="Times New Roman" w:cs="Times New Roman"/>
        </w:rPr>
        <w:t xml:space="preserve"> Signature (if applicable): ______________________________</w:t>
      </w:r>
    </w:p>
    <w:p w14:paraId="35EA83FD" w14:textId="77777777" w:rsidR="0060766D" w:rsidRDefault="0060766D" w:rsidP="00B225C7">
      <w:pPr>
        <w:pStyle w:val="NoSpacing"/>
        <w:rPr>
          <w:rFonts w:ascii="Times New Roman" w:hAnsi="Times New Roman" w:cs="Times New Roman"/>
        </w:rPr>
      </w:pPr>
    </w:p>
    <w:p w14:paraId="797D1F28" w14:textId="2947789A" w:rsidR="00FC24B4" w:rsidRPr="00B225C7" w:rsidRDefault="00FC24B4" w:rsidP="00B225C7">
      <w:pPr>
        <w:pStyle w:val="NoSpacing"/>
        <w:rPr>
          <w:rFonts w:ascii="Times New Roman" w:hAnsi="Times New Roman" w:cs="Times New Roman"/>
        </w:rPr>
      </w:pPr>
      <w:r w:rsidRPr="00B225C7">
        <w:rPr>
          <w:rFonts w:ascii="Times New Roman" w:hAnsi="Times New Roman" w:cs="Times New Roman"/>
        </w:rPr>
        <w:t xml:space="preserve">Date: </w:t>
      </w:r>
      <w:sdt>
        <w:sdtPr>
          <w:rPr>
            <w:rFonts w:ascii="Times New Roman" w:hAnsi="Times New Roman" w:cs="Times New Roman"/>
          </w:rPr>
          <w:id w:val="-1704480020"/>
          <w:placeholder>
            <w:docPart w:val="DefaultPlaceholder_-1854013437"/>
          </w:placeholder>
          <w:showingPlcHdr/>
          <w:date>
            <w:dateFormat w:val="M/d/yyyy"/>
            <w:lid w:val="en-US"/>
            <w:storeMappedDataAs w:val="dateTime"/>
            <w:calendar w:val="gregorian"/>
          </w:date>
        </w:sdtPr>
        <w:sdtContent>
          <w:r w:rsidR="0060766D" w:rsidRPr="00F67619">
            <w:rPr>
              <w:rStyle w:val="PlaceholderText"/>
            </w:rPr>
            <w:t>Click or tap to enter a date.</w:t>
          </w:r>
        </w:sdtContent>
      </w:sdt>
    </w:p>
    <w:sectPr w:rsidR="00FC24B4" w:rsidRPr="00B225C7" w:rsidSect="003239C8">
      <w:headerReference w:type="default" r:id="rId8"/>
      <w:footerReference w:type="default" r:id="rId9"/>
      <w:headerReference w:type="first" r:id="rId10"/>
      <w:foot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19536" w14:textId="77777777" w:rsidR="000F62A1" w:rsidRDefault="000F62A1" w:rsidP="003239C8">
      <w:pPr>
        <w:spacing w:after="0" w:line="240" w:lineRule="auto"/>
      </w:pPr>
      <w:r>
        <w:separator/>
      </w:r>
    </w:p>
  </w:endnote>
  <w:endnote w:type="continuationSeparator" w:id="0">
    <w:p w14:paraId="5BDE3C49" w14:textId="77777777" w:rsidR="000F62A1" w:rsidRDefault="000F62A1" w:rsidP="00323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37E2" w14:textId="0E6611C2" w:rsidR="003239C8" w:rsidRPr="004E2AA8" w:rsidRDefault="004E2AA8">
    <w:pPr>
      <w:pStyle w:val="Footer"/>
      <w:rPr>
        <w:sz w:val="16"/>
        <w:szCs w:val="16"/>
      </w:rPr>
    </w:pPr>
    <w:r w:rsidRPr="004E2AA8">
      <w:rPr>
        <w:sz w:val="16"/>
        <w:szCs w:val="16"/>
      </w:rPr>
      <w:t>Approved April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BB01" w14:textId="122DF0A8" w:rsidR="003239C8" w:rsidRPr="003239C8" w:rsidRDefault="003239C8">
    <w:pPr>
      <w:pStyle w:val="Footer"/>
      <w:rPr>
        <w:sz w:val="16"/>
        <w:szCs w:val="16"/>
      </w:rPr>
    </w:pPr>
    <w:r w:rsidRPr="003239C8">
      <w:rPr>
        <w:sz w:val="16"/>
        <w:szCs w:val="16"/>
      </w:rPr>
      <w:t>Approv</w:t>
    </w:r>
    <w:r w:rsidR="004E2AA8">
      <w:rPr>
        <w:sz w:val="16"/>
        <w:szCs w:val="16"/>
      </w:rPr>
      <w:t>ed April</w:t>
    </w:r>
    <w:r w:rsidRPr="003239C8">
      <w:rPr>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F8A15" w14:textId="77777777" w:rsidR="000F62A1" w:rsidRDefault="000F62A1" w:rsidP="003239C8">
      <w:pPr>
        <w:spacing w:after="0" w:line="240" w:lineRule="auto"/>
      </w:pPr>
      <w:r>
        <w:separator/>
      </w:r>
    </w:p>
  </w:footnote>
  <w:footnote w:type="continuationSeparator" w:id="0">
    <w:p w14:paraId="55239469" w14:textId="77777777" w:rsidR="000F62A1" w:rsidRDefault="000F62A1" w:rsidP="00323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194559"/>
      <w:docPartObj>
        <w:docPartGallery w:val="Page Numbers (Top of Page)"/>
        <w:docPartUnique/>
      </w:docPartObj>
    </w:sdtPr>
    <w:sdtEndPr>
      <w:rPr>
        <w:noProof/>
      </w:rPr>
    </w:sdtEndPr>
    <w:sdtContent>
      <w:p w14:paraId="10303E3A" w14:textId="0D29E3E6" w:rsidR="004E2AA8" w:rsidRDefault="004E2AA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707677" w14:textId="77777777" w:rsidR="003239C8" w:rsidRDefault="00323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1DE0" w14:textId="3AFEA015" w:rsidR="003239C8" w:rsidRDefault="003239C8" w:rsidP="003239C8">
    <w:pPr>
      <w:pStyle w:val="Header"/>
      <w:jc w:val="center"/>
    </w:pPr>
    <w:r w:rsidRPr="00BB7D07">
      <w:rPr>
        <w:noProof/>
      </w:rPr>
      <w:drawing>
        <wp:inline distT="0" distB="0" distL="0" distR="0" wp14:anchorId="55502AEE" wp14:editId="7F8BDC7A">
          <wp:extent cx="1692322" cy="595055"/>
          <wp:effectExtent l="0" t="0" r="3175" b="0"/>
          <wp:docPr id="1981524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977" cy="6023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696787">
    <w:abstractNumId w:val="8"/>
  </w:num>
  <w:num w:numId="2" w16cid:durableId="66804031">
    <w:abstractNumId w:val="6"/>
  </w:num>
  <w:num w:numId="3" w16cid:durableId="341319603">
    <w:abstractNumId w:val="5"/>
  </w:num>
  <w:num w:numId="4" w16cid:durableId="1821996800">
    <w:abstractNumId w:val="4"/>
  </w:num>
  <w:num w:numId="5" w16cid:durableId="602373743">
    <w:abstractNumId w:val="7"/>
  </w:num>
  <w:num w:numId="6" w16cid:durableId="718474127">
    <w:abstractNumId w:val="3"/>
  </w:num>
  <w:num w:numId="7" w16cid:durableId="1382290444">
    <w:abstractNumId w:val="2"/>
  </w:num>
  <w:num w:numId="8" w16cid:durableId="415637298">
    <w:abstractNumId w:val="1"/>
  </w:num>
  <w:num w:numId="9" w16cid:durableId="1787457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44EC"/>
    <w:rsid w:val="0006063C"/>
    <w:rsid w:val="000F62A1"/>
    <w:rsid w:val="0015074B"/>
    <w:rsid w:val="0029639D"/>
    <w:rsid w:val="003239C8"/>
    <w:rsid w:val="00326F90"/>
    <w:rsid w:val="003D47EC"/>
    <w:rsid w:val="004E2AA8"/>
    <w:rsid w:val="00515CAE"/>
    <w:rsid w:val="005A3C59"/>
    <w:rsid w:val="00603038"/>
    <w:rsid w:val="0060766D"/>
    <w:rsid w:val="00655B0D"/>
    <w:rsid w:val="007305AC"/>
    <w:rsid w:val="00910194"/>
    <w:rsid w:val="00A42AF4"/>
    <w:rsid w:val="00AA1D8D"/>
    <w:rsid w:val="00B225C7"/>
    <w:rsid w:val="00B47730"/>
    <w:rsid w:val="00CB0664"/>
    <w:rsid w:val="00CD6A9D"/>
    <w:rsid w:val="00E32AAD"/>
    <w:rsid w:val="00E6505A"/>
    <w:rsid w:val="00FC24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A0AACB2-AA94-4444-93EC-B43367731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E32A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628FDFE-3D82-4ADB-A806-6FBF2836ADFA}"/>
      </w:docPartPr>
      <w:docPartBody>
        <w:p w:rsidR="00686844" w:rsidRDefault="007D0179">
          <w:r w:rsidRPr="00F6761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AE17EAD-0FFF-4C54-84B6-B575B76FA541}"/>
      </w:docPartPr>
      <w:docPartBody>
        <w:p w:rsidR="00686844" w:rsidRDefault="007D0179">
          <w:r w:rsidRPr="00F6761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79"/>
    <w:rsid w:val="005A3C59"/>
    <w:rsid w:val="00686844"/>
    <w:rsid w:val="007D0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017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Holt, Erin</cp:lastModifiedBy>
  <cp:revision>15</cp:revision>
  <dcterms:created xsi:type="dcterms:W3CDTF">2013-12-23T23:15:00Z</dcterms:created>
  <dcterms:modified xsi:type="dcterms:W3CDTF">2026-06-04T18:36:00Z</dcterms:modified>
  <cp:category/>
</cp:coreProperties>
</file>