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8A9C9" w14:textId="77777777" w:rsidR="00656742" w:rsidRDefault="00656742" w:rsidP="00C045FE">
      <w:pPr>
        <w:pStyle w:val="NoSpacing"/>
        <w:rPr>
          <w:rFonts w:ascii="Times New Roman" w:hAnsi="Times New Roman" w:cs="Times New Roman"/>
        </w:rPr>
      </w:pPr>
    </w:p>
    <w:p w14:paraId="7B5F305B" w14:textId="6A312516" w:rsidR="007F2CA9" w:rsidRPr="00656742" w:rsidRDefault="00000000" w:rsidP="00656742">
      <w:pPr>
        <w:pStyle w:val="NoSpacing"/>
        <w:jc w:val="center"/>
        <w:rPr>
          <w:rFonts w:ascii="Times New Roman" w:hAnsi="Times New Roman" w:cs="Times New Roman"/>
          <w:b/>
          <w:bCs/>
        </w:rPr>
      </w:pPr>
      <w:r w:rsidRPr="00656742">
        <w:rPr>
          <w:rFonts w:ascii="Times New Roman" w:hAnsi="Times New Roman" w:cs="Times New Roman"/>
          <w:b/>
          <w:bCs/>
        </w:rPr>
        <w:t>Avila University Institutional Review Board (IRB)</w:t>
      </w:r>
    </w:p>
    <w:p w14:paraId="0DCF0C98" w14:textId="77777777" w:rsidR="007F2CA9" w:rsidRPr="00656742" w:rsidRDefault="00000000" w:rsidP="00656742">
      <w:pPr>
        <w:pStyle w:val="NoSpacing"/>
        <w:jc w:val="center"/>
        <w:rPr>
          <w:rFonts w:ascii="Times New Roman" w:hAnsi="Times New Roman" w:cs="Times New Roman"/>
          <w:b/>
          <w:bCs/>
        </w:rPr>
      </w:pPr>
      <w:r w:rsidRPr="00656742">
        <w:rPr>
          <w:rFonts w:ascii="Times New Roman" w:hAnsi="Times New Roman" w:cs="Times New Roman"/>
          <w:b/>
          <w:bCs/>
        </w:rPr>
        <w:t>Study Closure Form</w:t>
      </w:r>
    </w:p>
    <w:p w14:paraId="6B1070B9" w14:textId="77777777" w:rsidR="006A399C" w:rsidRDefault="006A399C" w:rsidP="00C045FE">
      <w:pPr>
        <w:pStyle w:val="NoSpacing"/>
        <w:rPr>
          <w:rFonts w:ascii="Times New Roman" w:hAnsi="Times New Roman" w:cs="Times New Roman"/>
        </w:rPr>
      </w:pPr>
    </w:p>
    <w:p w14:paraId="69EAD426" w14:textId="75AD75BB" w:rsidR="00C256AF" w:rsidRPr="00C256AF" w:rsidRDefault="00C256AF" w:rsidP="00C256AF">
      <w:pPr>
        <w:pStyle w:val="NoSpacing"/>
        <w:rPr>
          <w:rFonts w:ascii="Times New Roman" w:hAnsi="Times New Roman" w:cs="Times New Roman"/>
        </w:rPr>
      </w:pPr>
      <w:r w:rsidRPr="00C256AF">
        <w:rPr>
          <w:rFonts w:ascii="Times New Roman" w:hAnsi="Times New Roman" w:cs="Times New Roman"/>
        </w:rPr>
        <w:t xml:space="preserve">In accordance with federal regulations and Avila University’s commitment to the ethical oversight of human </w:t>
      </w:r>
      <w:r w:rsidRPr="00C256AF">
        <w:rPr>
          <w:rFonts w:ascii="Times New Roman" w:hAnsi="Times New Roman" w:cs="Times New Roman"/>
        </w:rPr>
        <w:t>subjects’</w:t>
      </w:r>
      <w:r w:rsidRPr="00C256AF">
        <w:rPr>
          <w:rFonts w:ascii="Times New Roman" w:hAnsi="Times New Roman" w:cs="Times New Roman"/>
        </w:rPr>
        <w:t xml:space="preserve"> research, investigators are required to formally close an IRB protocol once all research activities are complete. Closing a study officially terminates IRB oversight and confirms that participant involvement and data collection have concluded. </w:t>
      </w:r>
    </w:p>
    <w:p w14:paraId="509A0E03" w14:textId="77777777" w:rsidR="00C256AF" w:rsidRDefault="00C256AF" w:rsidP="00C256AF">
      <w:pPr>
        <w:pStyle w:val="NoSpacing"/>
        <w:rPr>
          <w:rFonts w:ascii="Times New Roman" w:hAnsi="Times New Roman" w:cs="Times New Roman"/>
        </w:rPr>
      </w:pPr>
    </w:p>
    <w:p w14:paraId="70D99E97" w14:textId="1A8A8EEE" w:rsidR="00C256AF" w:rsidRPr="00C256AF" w:rsidRDefault="00C256AF" w:rsidP="00C256AF">
      <w:pPr>
        <w:pStyle w:val="NoSpacing"/>
        <w:rPr>
          <w:rFonts w:ascii="Times New Roman" w:hAnsi="Times New Roman" w:cs="Times New Roman"/>
        </w:rPr>
      </w:pPr>
      <w:r w:rsidRPr="00C256AF">
        <w:rPr>
          <w:rFonts w:ascii="Times New Roman" w:hAnsi="Times New Roman" w:cs="Times New Roman"/>
        </w:rPr>
        <w:t xml:space="preserve">A study </w:t>
      </w:r>
      <w:r w:rsidRPr="00C256AF">
        <w:rPr>
          <w:rFonts w:ascii="Times New Roman" w:hAnsi="Times New Roman" w:cs="Times New Roman"/>
          <w:b/>
          <w:bCs/>
        </w:rPr>
        <w:t>must</w:t>
      </w:r>
      <w:r w:rsidRPr="00C256AF">
        <w:rPr>
          <w:rFonts w:ascii="Times New Roman" w:hAnsi="Times New Roman" w:cs="Times New Roman"/>
        </w:rPr>
        <w:t xml:space="preserve"> be closed if:</w:t>
      </w:r>
    </w:p>
    <w:p w14:paraId="67A5F4D9" w14:textId="77777777" w:rsidR="00C256AF" w:rsidRPr="00C256AF" w:rsidRDefault="00C256AF" w:rsidP="00C256AF">
      <w:pPr>
        <w:pStyle w:val="NoSpacing"/>
        <w:numPr>
          <w:ilvl w:val="0"/>
          <w:numId w:val="10"/>
        </w:numPr>
        <w:rPr>
          <w:rFonts w:ascii="Times New Roman" w:hAnsi="Times New Roman" w:cs="Times New Roman"/>
        </w:rPr>
      </w:pPr>
      <w:r w:rsidRPr="00C256AF">
        <w:rPr>
          <w:rFonts w:ascii="Times New Roman" w:hAnsi="Times New Roman" w:cs="Times New Roman"/>
        </w:rPr>
        <w:t>All participant recruitment, data collection, and interventions are finished.</w:t>
      </w:r>
    </w:p>
    <w:p w14:paraId="64AF1B8C" w14:textId="77777777" w:rsidR="00C256AF" w:rsidRPr="00C256AF" w:rsidRDefault="00C256AF" w:rsidP="00C256AF">
      <w:pPr>
        <w:pStyle w:val="NoSpacing"/>
        <w:numPr>
          <w:ilvl w:val="0"/>
          <w:numId w:val="10"/>
        </w:numPr>
        <w:rPr>
          <w:rFonts w:ascii="Times New Roman" w:hAnsi="Times New Roman" w:cs="Times New Roman"/>
        </w:rPr>
      </w:pPr>
      <w:r w:rsidRPr="00C256AF">
        <w:rPr>
          <w:rFonts w:ascii="Times New Roman" w:hAnsi="Times New Roman" w:cs="Times New Roman"/>
        </w:rPr>
        <w:t>All data collection instruments and interactions with human subjects are complete.</w:t>
      </w:r>
    </w:p>
    <w:p w14:paraId="2CC0A739" w14:textId="77777777" w:rsidR="00C256AF" w:rsidRPr="00C256AF" w:rsidRDefault="00C256AF" w:rsidP="00C256AF">
      <w:pPr>
        <w:pStyle w:val="NoSpacing"/>
        <w:numPr>
          <w:ilvl w:val="0"/>
          <w:numId w:val="10"/>
        </w:numPr>
        <w:rPr>
          <w:rFonts w:ascii="Times New Roman" w:hAnsi="Times New Roman" w:cs="Times New Roman"/>
        </w:rPr>
      </w:pPr>
      <w:r w:rsidRPr="00C256AF">
        <w:rPr>
          <w:rFonts w:ascii="Times New Roman" w:hAnsi="Times New Roman" w:cs="Times New Roman"/>
        </w:rPr>
        <w:t>The data has been de-identified, or the final analysis of identifiable data is finished.</w:t>
      </w:r>
    </w:p>
    <w:p w14:paraId="75DBF59E" w14:textId="7A4F85D9" w:rsidR="00C256AF" w:rsidRPr="00C256AF" w:rsidRDefault="00C256AF" w:rsidP="00C256AF">
      <w:pPr>
        <w:pStyle w:val="NoSpacing"/>
        <w:numPr>
          <w:ilvl w:val="0"/>
          <w:numId w:val="10"/>
        </w:numPr>
        <w:rPr>
          <w:rFonts w:ascii="Times New Roman" w:hAnsi="Times New Roman" w:cs="Times New Roman"/>
        </w:rPr>
      </w:pPr>
      <w:r w:rsidRPr="00C256AF">
        <w:rPr>
          <w:rFonts w:ascii="Times New Roman" w:hAnsi="Times New Roman" w:cs="Times New Roman"/>
        </w:rPr>
        <w:t xml:space="preserve">The student investigator has </w:t>
      </w:r>
      <w:r w:rsidRPr="00C256AF">
        <w:rPr>
          <w:rFonts w:ascii="Times New Roman" w:hAnsi="Times New Roman" w:cs="Times New Roman"/>
        </w:rPr>
        <w:t>graduated,</w:t>
      </w:r>
      <w:r w:rsidRPr="00C256AF">
        <w:rPr>
          <w:rFonts w:ascii="Times New Roman" w:hAnsi="Times New Roman" w:cs="Times New Roman"/>
        </w:rPr>
        <w:t xml:space="preserve"> or the principal investigator is leaving Avila University. </w:t>
      </w:r>
    </w:p>
    <w:p w14:paraId="3329FDB6" w14:textId="77777777" w:rsidR="00C256AF" w:rsidRDefault="00C256AF" w:rsidP="00C256AF">
      <w:pPr>
        <w:pStyle w:val="NoSpacing"/>
        <w:rPr>
          <w:rFonts w:ascii="Times New Roman" w:hAnsi="Times New Roman" w:cs="Times New Roman"/>
          <w:i/>
          <w:iCs/>
        </w:rPr>
      </w:pPr>
    </w:p>
    <w:p w14:paraId="126AAC48" w14:textId="57CECA0B" w:rsidR="00C256AF" w:rsidRPr="00C256AF" w:rsidRDefault="00C256AF" w:rsidP="00C256AF">
      <w:pPr>
        <w:pStyle w:val="NoSpacing"/>
        <w:rPr>
          <w:rFonts w:ascii="Times New Roman" w:hAnsi="Times New Roman" w:cs="Times New Roman"/>
        </w:rPr>
      </w:pPr>
      <w:r w:rsidRPr="00C256AF">
        <w:rPr>
          <w:rFonts w:ascii="Times New Roman" w:hAnsi="Times New Roman" w:cs="Times New Roman"/>
          <w:i/>
          <w:iCs/>
        </w:rPr>
        <w:t>Note: Once a study is closed, no further data may be collected from human participants, and no further data analysis using identifiable private information may occur.</w:t>
      </w:r>
      <w:r w:rsidRPr="00C256AF">
        <w:rPr>
          <w:rFonts w:ascii="Times New Roman" w:hAnsi="Times New Roman" w:cs="Times New Roman"/>
        </w:rPr>
        <w:t xml:space="preserve"> </w:t>
      </w:r>
    </w:p>
    <w:p w14:paraId="215FFFA1" w14:textId="04701778" w:rsidR="00C256AF" w:rsidRPr="00C256AF" w:rsidRDefault="00C256AF" w:rsidP="00C256AF">
      <w:pPr>
        <w:pStyle w:val="NoSpacing"/>
        <w:rPr>
          <w:rFonts w:cs="Times New Roman"/>
        </w:rPr>
      </w:pPr>
    </w:p>
    <w:p w14:paraId="1D82E5A5" w14:textId="77777777" w:rsidR="007F2CA9" w:rsidRPr="00C256AF" w:rsidRDefault="00000000" w:rsidP="00C045FE">
      <w:pPr>
        <w:pStyle w:val="NoSpacing"/>
        <w:rPr>
          <w:rFonts w:ascii="Times New Roman" w:hAnsi="Times New Roman" w:cs="Times New Roman"/>
          <w:b/>
          <w:bCs/>
          <w:u w:val="single"/>
        </w:rPr>
      </w:pPr>
      <w:r w:rsidRPr="00C256AF">
        <w:rPr>
          <w:rFonts w:ascii="Times New Roman" w:hAnsi="Times New Roman" w:cs="Times New Roman"/>
          <w:b/>
          <w:bCs/>
          <w:u w:val="single"/>
        </w:rPr>
        <w:t>Section 1: Study Information</w:t>
      </w:r>
    </w:p>
    <w:p w14:paraId="41B0BDF6" w14:textId="7969EDFC" w:rsidR="007F2CA9" w:rsidRPr="00C045FE" w:rsidRDefault="00000000" w:rsidP="00C045FE">
      <w:pPr>
        <w:pStyle w:val="NoSpacing"/>
        <w:rPr>
          <w:rFonts w:ascii="Times New Roman" w:hAnsi="Times New Roman" w:cs="Times New Roman"/>
        </w:rPr>
      </w:pPr>
      <w:r w:rsidRPr="00C045FE">
        <w:rPr>
          <w:rFonts w:ascii="Times New Roman" w:hAnsi="Times New Roman" w:cs="Times New Roman"/>
        </w:rPr>
        <w:t xml:space="preserve">Study Title: </w:t>
      </w:r>
      <w:sdt>
        <w:sdtPr>
          <w:rPr>
            <w:rFonts w:ascii="Times New Roman" w:hAnsi="Times New Roman" w:cs="Times New Roman"/>
          </w:rPr>
          <w:id w:val="-669874447"/>
          <w:placeholder>
            <w:docPart w:val="DefaultPlaceholder_-1854013440"/>
          </w:placeholder>
          <w:showingPlcHdr/>
        </w:sdtPr>
        <w:sdtContent>
          <w:r w:rsidR="00C256AF" w:rsidRPr="00F67619">
            <w:rPr>
              <w:rStyle w:val="PlaceholderText"/>
            </w:rPr>
            <w:t>Click or tap here to enter text.</w:t>
          </w:r>
        </w:sdtContent>
      </w:sdt>
    </w:p>
    <w:p w14:paraId="34746A19" w14:textId="3B9EE3FC" w:rsidR="007F2CA9" w:rsidRPr="00C045FE" w:rsidRDefault="00000000" w:rsidP="00C045FE">
      <w:pPr>
        <w:pStyle w:val="NoSpacing"/>
        <w:rPr>
          <w:rFonts w:ascii="Times New Roman" w:hAnsi="Times New Roman" w:cs="Times New Roman"/>
        </w:rPr>
      </w:pPr>
      <w:r w:rsidRPr="00C045FE">
        <w:rPr>
          <w:rFonts w:ascii="Times New Roman" w:hAnsi="Times New Roman" w:cs="Times New Roman"/>
        </w:rPr>
        <w:t xml:space="preserve">Principal Investigator (PI): </w:t>
      </w:r>
      <w:sdt>
        <w:sdtPr>
          <w:rPr>
            <w:rFonts w:ascii="Times New Roman" w:hAnsi="Times New Roman" w:cs="Times New Roman"/>
          </w:rPr>
          <w:id w:val="548277460"/>
          <w:placeholder>
            <w:docPart w:val="DefaultPlaceholder_-1854013440"/>
          </w:placeholder>
          <w:showingPlcHdr/>
        </w:sdtPr>
        <w:sdtContent>
          <w:r w:rsidR="00C256AF" w:rsidRPr="00F67619">
            <w:rPr>
              <w:rStyle w:val="PlaceholderText"/>
            </w:rPr>
            <w:t>Click or tap here to enter text.</w:t>
          </w:r>
        </w:sdtContent>
      </w:sdt>
    </w:p>
    <w:p w14:paraId="711711DA" w14:textId="190ACE8C" w:rsidR="007F2CA9" w:rsidRPr="00C045FE" w:rsidRDefault="00000000" w:rsidP="00C045FE">
      <w:pPr>
        <w:pStyle w:val="NoSpacing"/>
        <w:rPr>
          <w:rFonts w:ascii="Times New Roman" w:hAnsi="Times New Roman" w:cs="Times New Roman"/>
        </w:rPr>
      </w:pPr>
      <w:r w:rsidRPr="00C045FE">
        <w:rPr>
          <w:rFonts w:ascii="Times New Roman" w:hAnsi="Times New Roman" w:cs="Times New Roman"/>
        </w:rPr>
        <w:t xml:space="preserve">IRB Approval Number: </w:t>
      </w:r>
      <w:sdt>
        <w:sdtPr>
          <w:rPr>
            <w:rFonts w:ascii="Times New Roman" w:hAnsi="Times New Roman" w:cs="Times New Roman"/>
          </w:rPr>
          <w:id w:val="-453326800"/>
          <w:placeholder>
            <w:docPart w:val="DefaultPlaceholder_-1854013440"/>
          </w:placeholder>
          <w:showingPlcHdr/>
        </w:sdtPr>
        <w:sdtContent>
          <w:r w:rsidR="00C256AF" w:rsidRPr="00F67619">
            <w:rPr>
              <w:rStyle w:val="PlaceholderText"/>
            </w:rPr>
            <w:t>Click or tap here to enter text.</w:t>
          </w:r>
        </w:sdtContent>
      </w:sdt>
    </w:p>
    <w:p w14:paraId="1D14D10F" w14:textId="03EE91DF" w:rsidR="007F2CA9" w:rsidRPr="00C045FE" w:rsidRDefault="00000000" w:rsidP="00C045FE">
      <w:pPr>
        <w:pStyle w:val="NoSpacing"/>
        <w:rPr>
          <w:rFonts w:ascii="Times New Roman" w:hAnsi="Times New Roman" w:cs="Times New Roman"/>
        </w:rPr>
      </w:pPr>
      <w:r w:rsidRPr="00C045FE">
        <w:rPr>
          <w:rFonts w:ascii="Times New Roman" w:hAnsi="Times New Roman" w:cs="Times New Roman"/>
        </w:rPr>
        <w:t xml:space="preserve">Original Approval Date: </w:t>
      </w:r>
      <w:sdt>
        <w:sdtPr>
          <w:rPr>
            <w:rFonts w:ascii="Times New Roman" w:hAnsi="Times New Roman" w:cs="Times New Roman"/>
          </w:rPr>
          <w:id w:val="1788628522"/>
          <w:placeholder>
            <w:docPart w:val="DefaultPlaceholder_-1854013440"/>
          </w:placeholder>
          <w:showingPlcHdr/>
        </w:sdtPr>
        <w:sdtContent>
          <w:r w:rsidR="00C256AF" w:rsidRPr="00F67619">
            <w:rPr>
              <w:rStyle w:val="PlaceholderText"/>
            </w:rPr>
            <w:t>Click or tap here to enter text.</w:t>
          </w:r>
        </w:sdtContent>
      </w:sdt>
    </w:p>
    <w:p w14:paraId="42A4DF7A" w14:textId="77777777" w:rsidR="007F2CA9" w:rsidRPr="00C045FE" w:rsidRDefault="007F2CA9" w:rsidP="00C045FE">
      <w:pPr>
        <w:pStyle w:val="NoSpacing"/>
        <w:rPr>
          <w:rFonts w:ascii="Times New Roman" w:hAnsi="Times New Roman" w:cs="Times New Roman"/>
        </w:rPr>
      </w:pPr>
    </w:p>
    <w:p w14:paraId="4A1E198C" w14:textId="77777777" w:rsidR="007F2CA9" w:rsidRPr="00C256AF" w:rsidRDefault="00000000" w:rsidP="00C045FE">
      <w:pPr>
        <w:pStyle w:val="NoSpacing"/>
        <w:rPr>
          <w:rFonts w:ascii="Times New Roman" w:hAnsi="Times New Roman" w:cs="Times New Roman"/>
          <w:b/>
          <w:bCs/>
          <w:u w:val="single"/>
        </w:rPr>
      </w:pPr>
      <w:r w:rsidRPr="00C256AF">
        <w:rPr>
          <w:rFonts w:ascii="Times New Roman" w:hAnsi="Times New Roman" w:cs="Times New Roman"/>
          <w:b/>
          <w:bCs/>
          <w:u w:val="single"/>
        </w:rPr>
        <w:t>Section 2: Study Status</w:t>
      </w:r>
    </w:p>
    <w:p w14:paraId="7FC6DB9C" w14:textId="77777777" w:rsidR="007F2CA9" w:rsidRPr="00C045FE" w:rsidRDefault="00000000" w:rsidP="00C045FE">
      <w:pPr>
        <w:pStyle w:val="NoSpacing"/>
        <w:rPr>
          <w:rFonts w:ascii="Times New Roman" w:hAnsi="Times New Roman" w:cs="Times New Roman"/>
        </w:rPr>
      </w:pPr>
      <w:r w:rsidRPr="00C045FE">
        <w:rPr>
          <w:rFonts w:ascii="Times New Roman" w:hAnsi="Times New Roman" w:cs="Times New Roman"/>
        </w:rPr>
        <w:t>Have all research activities involving human participants been completed?</w:t>
      </w:r>
    </w:p>
    <w:p w14:paraId="0AE3E204" w14:textId="63CB9878" w:rsidR="007F2CA9" w:rsidRPr="00C045FE" w:rsidRDefault="00C256AF" w:rsidP="00C256AF">
      <w:pPr>
        <w:pStyle w:val="NoSpacing"/>
        <w:ind w:left="72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98465300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☒</w:t>
          </w:r>
        </w:sdtContent>
      </w:sdt>
      <w:r w:rsidR="00000000" w:rsidRPr="00C045FE">
        <w:rPr>
          <w:rFonts w:ascii="Times New Roman" w:hAnsi="Times New Roman" w:cs="Times New Roman"/>
        </w:rPr>
        <w:t>Yes</w:t>
      </w:r>
    </w:p>
    <w:p w14:paraId="63626E1F" w14:textId="357247D4" w:rsidR="007F2CA9" w:rsidRPr="00C045FE" w:rsidRDefault="00C256AF" w:rsidP="00C256AF">
      <w:pPr>
        <w:pStyle w:val="NoSpacing"/>
        <w:ind w:left="72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703518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="00000000" w:rsidRPr="00C045FE">
        <w:rPr>
          <w:rFonts w:ascii="Times New Roman" w:hAnsi="Times New Roman" w:cs="Times New Roman"/>
        </w:rPr>
        <w:t>No (If no, do not submit this form)</w:t>
      </w:r>
    </w:p>
    <w:p w14:paraId="52277DB7" w14:textId="77777777" w:rsidR="007F2CA9" w:rsidRPr="00C045FE" w:rsidRDefault="007F2CA9" w:rsidP="00C045FE">
      <w:pPr>
        <w:pStyle w:val="NoSpacing"/>
        <w:rPr>
          <w:rFonts w:ascii="Times New Roman" w:hAnsi="Times New Roman" w:cs="Times New Roman"/>
        </w:rPr>
      </w:pPr>
    </w:p>
    <w:p w14:paraId="500EC93E" w14:textId="77777777" w:rsidR="007F2CA9" w:rsidRPr="00C045FE" w:rsidRDefault="00000000" w:rsidP="00C045FE">
      <w:pPr>
        <w:pStyle w:val="NoSpacing"/>
        <w:rPr>
          <w:rFonts w:ascii="Times New Roman" w:hAnsi="Times New Roman" w:cs="Times New Roman"/>
        </w:rPr>
      </w:pPr>
      <w:r w:rsidRPr="00C045FE">
        <w:rPr>
          <w:rFonts w:ascii="Times New Roman" w:hAnsi="Times New Roman" w:cs="Times New Roman"/>
        </w:rPr>
        <w:t>Is data analysis involving identifiable information complete?</w:t>
      </w:r>
    </w:p>
    <w:p w14:paraId="624B41B6" w14:textId="25F50CB9" w:rsidR="007F2CA9" w:rsidRPr="00C045FE" w:rsidRDefault="00C256AF" w:rsidP="00C256AF">
      <w:pPr>
        <w:pStyle w:val="NoSpacing"/>
        <w:ind w:left="72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2782676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="00000000" w:rsidRPr="00C045FE">
        <w:rPr>
          <w:rFonts w:ascii="Times New Roman" w:hAnsi="Times New Roman" w:cs="Times New Roman"/>
        </w:rPr>
        <w:t>Yes</w:t>
      </w:r>
    </w:p>
    <w:p w14:paraId="7C24DC6C" w14:textId="65B3B89E" w:rsidR="007F2CA9" w:rsidRPr="00C045FE" w:rsidRDefault="00C256AF" w:rsidP="00C256AF">
      <w:pPr>
        <w:pStyle w:val="NoSpacing"/>
        <w:ind w:left="72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9306616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="00000000" w:rsidRPr="00C045FE">
        <w:rPr>
          <w:rFonts w:ascii="Times New Roman" w:hAnsi="Times New Roman" w:cs="Times New Roman"/>
        </w:rPr>
        <w:t>No (If no, study should remain active)</w:t>
      </w:r>
    </w:p>
    <w:p w14:paraId="2D291E5C" w14:textId="77777777" w:rsidR="007F2CA9" w:rsidRPr="00C045FE" w:rsidRDefault="007F2CA9" w:rsidP="00C045FE">
      <w:pPr>
        <w:pStyle w:val="NoSpacing"/>
        <w:rPr>
          <w:rFonts w:ascii="Times New Roman" w:hAnsi="Times New Roman" w:cs="Times New Roman"/>
        </w:rPr>
      </w:pPr>
    </w:p>
    <w:p w14:paraId="1D7E8478" w14:textId="77777777" w:rsidR="007F2CA9" w:rsidRPr="00C256AF" w:rsidRDefault="00000000" w:rsidP="00C045FE">
      <w:pPr>
        <w:pStyle w:val="NoSpacing"/>
        <w:rPr>
          <w:rFonts w:ascii="Times New Roman" w:hAnsi="Times New Roman" w:cs="Times New Roman"/>
          <w:b/>
          <w:bCs/>
          <w:u w:val="single"/>
        </w:rPr>
      </w:pPr>
      <w:r w:rsidRPr="00C256AF">
        <w:rPr>
          <w:rFonts w:ascii="Times New Roman" w:hAnsi="Times New Roman" w:cs="Times New Roman"/>
          <w:b/>
          <w:bCs/>
          <w:u w:val="single"/>
        </w:rPr>
        <w:t>Section 3: Participant Enrollment Summary</w:t>
      </w:r>
    </w:p>
    <w:p w14:paraId="19ACA94B" w14:textId="69CD9FDC" w:rsidR="007F2CA9" w:rsidRPr="00C045FE" w:rsidRDefault="00000000" w:rsidP="00C045FE">
      <w:pPr>
        <w:pStyle w:val="NoSpacing"/>
        <w:rPr>
          <w:rFonts w:ascii="Times New Roman" w:hAnsi="Times New Roman" w:cs="Times New Roman"/>
        </w:rPr>
      </w:pPr>
      <w:r w:rsidRPr="00C045FE">
        <w:rPr>
          <w:rFonts w:ascii="Times New Roman" w:hAnsi="Times New Roman" w:cs="Times New Roman"/>
        </w:rPr>
        <w:t xml:space="preserve">Total number of participants approved: </w:t>
      </w:r>
      <w:sdt>
        <w:sdtPr>
          <w:rPr>
            <w:rFonts w:ascii="Times New Roman" w:hAnsi="Times New Roman" w:cs="Times New Roman"/>
          </w:rPr>
          <w:id w:val="-1413611183"/>
          <w:placeholder>
            <w:docPart w:val="DefaultPlaceholder_-1854013440"/>
          </w:placeholder>
          <w:showingPlcHdr/>
        </w:sdtPr>
        <w:sdtContent>
          <w:r w:rsidR="00C256AF" w:rsidRPr="00F67619">
            <w:rPr>
              <w:rStyle w:val="PlaceholderText"/>
            </w:rPr>
            <w:t>Click or tap here to enter text.</w:t>
          </w:r>
        </w:sdtContent>
      </w:sdt>
    </w:p>
    <w:p w14:paraId="697D6822" w14:textId="77777777" w:rsidR="00C256AF" w:rsidRDefault="00C256AF" w:rsidP="00C045FE">
      <w:pPr>
        <w:pStyle w:val="NoSpacing"/>
        <w:rPr>
          <w:rFonts w:ascii="Times New Roman" w:hAnsi="Times New Roman" w:cs="Times New Roman"/>
        </w:rPr>
      </w:pPr>
    </w:p>
    <w:p w14:paraId="0FE7507B" w14:textId="3AABBCF9" w:rsidR="007F2CA9" w:rsidRPr="00C045FE" w:rsidRDefault="00000000" w:rsidP="00C045FE">
      <w:pPr>
        <w:pStyle w:val="NoSpacing"/>
        <w:rPr>
          <w:rFonts w:ascii="Times New Roman" w:hAnsi="Times New Roman" w:cs="Times New Roman"/>
        </w:rPr>
      </w:pPr>
      <w:r w:rsidRPr="00C045FE">
        <w:rPr>
          <w:rFonts w:ascii="Times New Roman" w:hAnsi="Times New Roman" w:cs="Times New Roman"/>
        </w:rPr>
        <w:t xml:space="preserve">Total number of participants enrolled: </w:t>
      </w:r>
      <w:sdt>
        <w:sdtPr>
          <w:rPr>
            <w:rFonts w:ascii="Times New Roman" w:hAnsi="Times New Roman" w:cs="Times New Roman"/>
          </w:rPr>
          <w:id w:val="-1744166245"/>
          <w:placeholder>
            <w:docPart w:val="DefaultPlaceholder_-1854013440"/>
          </w:placeholder>
          <w:showingPlcHdr/>
        </w:sdtPr>
        <w:sdtContent>
          <w:r w:rsidR="00C256AF" w:rsidRPr="00F67619">
            <w:rPr>
              <w:rStyle w:val="PlaceholderText"/>
            </w:rPr>
            <w:t>Click or tap here to enter text.</w:t>
          </w:r>
        </w:sdtContent>
      </w:sdt>
    </w:p>
    <w:p w14:paraId="380734EF" w14:textId="77777777" w:rsidR="007F2CA9" w:rsidRPr="00C045FE" w:rsidRDefault="007F2CA9" w:rsidP="00C045FE">
      <w:pPr>
        <w:pStyle w:val="NoSpacing"/>
        <w:rPr>
          <w:rFonts w:ascii="Times New Roman" w:hAnsi="Times New Roman" w:cs="Times New Roman"/>
        </w:rPr>
      </w:pPr>
    </w:p>
    <w:p w14:paraId="07867BC9" w14:textId="77777777" w:rsidR="007F2CA9" w:rsidRPr="00C256AF" w:rsidRDefault="00000000" w:rsidP="00C045FE">
      <w:pPr>
        <w:pStyle w:val="NoSpacing"/>
        <w:rPr>
          <w:rFonts w:ascii="Times New Roman" w:hAnsi="Times New Roman" w:cs="Times New Roman"/>
          <w:b/>
          <w:bCs/>
          <w:u w:val="single"/>
        </w:rPr>
      </w:pPr>
      <w:r w:rsidRPr="00C256AF">
        <w:rPr>
          <w:rFonts w:ascii="Times New Roman" w:hAnsi="Times New Roman" w:cs="Times New Roman"/>
          <w:b/>
          <w:bCs/>
          <w:u w:val="single"/>
        </w:rPr>
        <w:t>Section 4: Data Status and Storage</w:t>
      </w:r>
    </w:p>
    <w:p w14:paraId="4D478205" w14:textId="77777777" w:rsidR="007F2CA9" w:rsidRPr="00C045FE" w:rsidRDefault="00000000" w:rsidP="00C045FE">
      <w:pPr>
        <w:pStyle w:val="NoSpacing"/>
        <w:rPr>
          <w:rFonts w:ascii="Times New Roman" w:hAnsi="Times New Roman" w:cs="Times New Roman"/>
        </w:rPr>
      </w:pPr>
      <w:r w:rsidRPr="00C045FE">
        <w:rPr>
          <w:rFonts w:ascii="Times New Roman" w:hAnsi="Times New Roman" w:cs="Times New Roman"/>
        </w:rPr>
        <w:t>Will identifiable data continue to be stored after study closure?</w:t>
      </w:r>
    </w:p>
    <w:p w14:paraId="4B53D5E7" w14:textId="65F5AC29" w:rsidR="007F2CA9" w:rsidRPr="00C045FE" w:rsidRDefault="00C256AF" w:rsidP="004A1B2B">
      <w:pPr>
        <w:pStyle w:val="NoSpacing"/>
        <w:ind w:left="72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7536556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A1B2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000000" w:rsidRPr="00C045FE">
        <w:rPr>
          <w:rFonts w:ascii="Times New Roman" w:hAnsi="Times New Roman" w:cs="Times New Roman"/>
        </w:rPr>
        <w:t>No (all identifiers removed or destroyed)</w:t>
      </w:r>
    </w:p>
    <w:p w14:paraId="6A41E1D2" w14:textId="44061987" w:rsidR="007F2CA9" w:rsidRDefault="00C256AF" w:rsidP="004A1B2B">
      <w:pPr>
        <w:pStyle w:val="NoSpacing"/>
        <w:ind w:left="72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9538517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="00000000" w:rsidRPr="00C045FE">
        <w:rPr>
          <w:rFonts w:ascii="Times New Roman" w:hAnsi="Times New Roman" w:cs="Times New Roman"/>
        </w:rPr>
        <w:t>Yes (describe storage location, security, and access):</w:t>
      </w:r>
      <w:r w:rsidR="004A1B2B">
        <w:rPr>
          <w:rFonts w:ascii="Times New Roman" w:hAnsi="Times New Roman" w:cs="Times New Roman"/>
        </w:rPr>
        <w:t xml:space="preserve"> </w:t>
      </w:r>
    </w:p>
    <w:p w14:paraId="7004CDCA" w14:textId="4B6A1F04" w:rsidR="004A1B2B" w:rsidRPr="00C045FE" w:rsidRDefault="004A1B2B" w:rsidP="00C045F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-1308159056"/>
          <w:placeholder>
            <w:docPart w:val="DefaultPlaceholder_-1854013440"/>
          </w:placeholder>
          <w:showingPlcHdr/>
        </w:sdtPr>
        <w:sdtContent>
          <w:r w:rsidRPr="00F67619">
            <w:rPr>
              <w:rStyle w:val="PlaceholderText"/>
            </w:rPr>
            <w:t>Click or tap here to enter text.</w:t>
          </w:r>
        </w:sdtContent>
      </w:sdt>
    </w:p>
    <w:p w14:paraId="029503F8" w14:textId="4FE94B99" w:rsidR="007F2CA9" w:rsidRPr="00C045FE" w:rsidRDefault="007F2CA9" w:rsidP="00C045FE">
      <w:pPr>
        <w:pStyle w:val="NoSpacing"/>
        <w:rPr>
          <w:rFonts w:ascii="Times New Roman" w:hAnsi="Times New Roman" w:cs="Times New Roman"/>
        </w:rPr>
      </w:pPr>
    </w:p>
    <w:p w14:paraId="29C5F013" w14:textId="77777777" w:rsidR="007F2CA9" w:rsidRPr="00C045FE" w:rsidRDefault="00000000" w:rsidP="00C045FE">
      <w:pPr>
        <w:pStyle w:val="NoSpacing"/>
        <w:rPr>
          <w:rFonts w:ascii="Times New Roman" w:hAnsi="Times New Roman" w:cs="Times New Roman"/>
        </w:rPr>
      </w:pPr>
      <w:r w:rsidRPr="00C045FE">
        <w:rPr>
          <w:rFonts w:ascii="Times New Roman" w:hAnsi="Times New Roman" w:cs="Times New Roman"/>
        </w:rPr>
        <w:t>If identifiable data are retained, explain how confidentiality will continue to be protected:</w:t>
      </w:r>
    </w:p>
    <w:p w14:paraId="423EA312" w14:textId="399F4F56" w:rsidR="007F2CA9" w:rsidRPr="00C045FE" w:rsidRDefault="00612FE8" w:rsidP="00C045F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-1311249259"/>
          <w:placeholder>
            <w:docPart w:val="DefaultPlaceholder_-1854013440"/>
          </w:placeholder>
          <w:showingPlcHdr/>
        </w:sdtPr>
        <w:sdtContent>
          <w:r w:rsidRPr="00F67619">
            <w:rPr>
              <w:rStyle w:val="PlaceholderText"/>
            </w:rPr>
            <w:t>Click or tap here to enter text.</w:t>
          </w:r>
        </w:sdtContent>
      </w:sdt>
    </w:p>
    <w:p w14:paraId="526A9387" w14:textId="77777777" w:rsidR="00612FE8" w:rsidRDefault="00612FE8" w:rsidP="00C045FE">
      <w:pPr>
        <w:pStyle w:val="NoSpacing"/>
        <w:rPr>
          <w:rFonts w:ascii="Times New Roman" w:hAnsi="Times New Roman" w:cs="Times New Roman"/>
        </w:rPr>
      </w:pPr>
    </w:p>
    <w:p w14:paraId="7802BE94" w14:textId="63446885" w:rsidR="007F2CA9" w:rsidRPr="00612FE8" w:rsidRDefault="00000000" w:rsidP="00C045FE">
      <w:pPr>
        <w:pStyle w:val="NoSpacing"/>
        <w:rPr>
          <w:rFonts w:ascii="Times New Roman" w:hAnsi="Times New Roman" w:cs="Times New Roman"/>
          <w:b/>
          <w:bCs/>
          <w:u w:val="single"/>
        </w:rPr>
      </w:pPr>
      <w:r w:rsidRPr="00612FE8">
        <w:rPr>
          <w:rFonts w:ascii="Times New Roman" w:hAnsi="Times New Roman" w:cs="Times New Roman"/>
          <w:b/>
          <w:bCs/>
          <w:u w:val="single"/>
        </w:rPr>
        <w:t>Section 5: Problems or Adverse Events</w:t>
      </w:r>
    </w:p>
    <w:p w14:paraId="1C563A31" w14:textId="77777777" w:rsidR="007F2CA9" w:rsidRPr="00C045FE" w:rsidRDefault="00000000" w:rsidP="00C045FE">
      <w:pPr>
        <w:pStyle w:val="NoSpacing"/>
        <w:rPr>
          <w:rFonts w:ascii="Times New Roman" w:hAnsi="Times New Roman" w:cs="Times New Roman"/>
        </w:rPr>
      </w:pPr>
      <w:r w:rsidRPr="00C045FE">
        <w:rPr>
          <w:rFonts w:ascii="Times New Roman" w:hAnsi="Times New Roman" w:cs="Times New Roman"/>
        </w:rPr>
        <w:lastRenderedPageBreak/>
        <w:t>Were there any unanticipated problems, adverse events, or participant complaints during the study?</w:t>
      </w:r>
    </w:p>
    <w:p w14:paraId="3303182F" w14:textId="3825BC6F" w:rsidR="007F2CA9" w:rsidRPr="00C045FE" w:rsidRDefault="00612FE8" w:rsidP="00612FE8">
      <w:pPr>
        <w:pStyle w:val="NoSpacing"/>
        <w:ind w:left="72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84377186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☒</w:t>
          </w:r>
        </w:sdtContent>
      </w:sdt>
      <w:r w:rsidR="00000000" w:rsidRPr="00C045FE">
        <w:rPr>
          <w:rFonts w:ascii="Times New Roman" w:hAnsi="Times New Roman" w:cs="Times New Roman"/>
        </w:rPr>
        <w:t>No</w:t>
      </w:r>
    </w:p>
    <w:p w14:paraId="18C38743" w14:textId="02371EF8" w:rsidR="007F2CA9" w:rsidRPr="00C045FE" w:rsidRDefault="00612FE8" w:rsidP="00612FE8">
      <w:pPr>
        <w:pStyle w:val="NoSpacing"/>
        <w:ind w:left="72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8756848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="00000000" w:rsidRPr="00C045FE">
        <w:rPr>
          <w:rFonts w:ascii="Times New Roman" w:hAnsi="Times New Roman" w:cs="Times New Roman"/>
        </w:rPr>
        <w:t>Yes (please describe and indicate whether they were reported to the IRB):</w:t>
      </w:r>
    </w:p>
    <w:sdt>
      <w:sdtPr>
        <w:rPr>
          <w:rFonts w:ascii="Times New Roman" w:hAnsi="Times New Roman" w:cs="Times New Roman"/>
        </w:rPr>
        <w:id w:val="-1130320163"/>
        <w:placeholder>
          <w:docPart w:val="DefaultPlaceholder_-1854013440"/>
        </w:placeholder>
        <w:showingPlcHdr/>
      </w:sdtPr>
      <w:sdtContent>
        <w:p w14:paraId="595BF833" w14:textId="09BD8F05" w:rsidR="007F2CA9" w:rsidRPr="00C045FE" w:rsidRDefault="00612FE8" w:rsidP="00612FE8">
          <w:pPr>
            <w:pStyle w:val="NoSpacing"/>
            <w:ind w:left="1440"/>
            <w:rPr>
              <w:rFonts w:ascii="Times New Roman" w:hAnsi="Times New Roman" w:cs="Times New Roman"/>
            </w:rPr>
          </w:pPr>
          <w:r w:rsidRPr="00F67619">
            <w:rPr>
              <w:rStyle w:val="PlaceholderText"/>
            </w:rPr>
            <w:t>Click or tap here to enter text.</w:t>
          </w:r>
        </w:p>
      </w:sdtContent>
    </w:sdt>
    <w:p w14:paraId="41C7857F" w14:textId="77777777" w:rsidR="00612FE8" w:rsidRDefault="00612FE8" w:rsidP="00C045FE">
      <w:pPr>
        <w:pStyle w:val="NoSpacing"/>
        <w:rPr>
          <w:rFonts w:ascii="Times New Roman" w:hAnsi="Times New Roman" w:cs="Times New Roman"/>
        </w:rPr>
      </w:pPr>
    </w:p>
    <w:p w14:paraId="384D9192" w14:textId="0A6AE45D" w:rsidR="007F2CA9" w:rsidRPr="00612FE8" w:rsidRDefault="00000000" w:rsidP="00C045FE">
      <w:pPr>
        <w:pStyle w:val="NoSpacing"/>
        <w:rPr>
          <w:rFonts w:ascii="Times New Roman" w:hAnsi="Times New Roman" w:cs="Times New Roman"/>
          <w:b/>
          <w:bCs/>
          <w:u w:val="single"/>
        </w:rPr>
      </w:pPr>
      <w:r w:rsidRPr="00612FE8">
        <w:rPr>
          <w:rFonts w:ascii="Times New Roman" w:hAnsi="Times New Roman" w:cs="Times New Roman"/>
          <w:b/>
          <w:bCs/>
          <w:u w:val="single"/>
        </w:rPr>
        <w:t>Section 6: Final Notes (optional)</w:t>
      </w:r>
    </w:p>
    <w:p w14:paraId="12D66E1A" w14:textId="77777777" w:rsidR="007F2CA9" w:rsidRPr="00C045FE" w:rsidRDefault="00000000" w:rsidP="00C045FE">
      <w:pPr>
        <w:pStyle w:val="NoSpacing"/>
        <w:rPr>
          <w:rFonts w:ascii="Times New Roman" w:hAnsi="Times New Roman" w:cs="Times New Roman"/>
        </w:rPr>
      </w:pPr>
      <w:r w:rsidRPr="00C045FE">
        <w:rPr>
          <w:rFonts w:ascii="Times New Roman" w:hAnsi="Times New Roman" w:cs="Times New Roman"/>
        </w:rPr>
        <w:t>Please provide any additional information relevant to the closure of this study:</w:t>
      </w:r>
    </w:p>
    <w:sdt>
      <w:sdtPr>
        <w:rPr>
          <w:rFonts w:ascii="Times New Roman" w:hAnsi="Times New Roman" w:cs="Times New Roman"/>
        </w:rPr>
        <w:id w:val="437565650"/>
        <w:placeholder>
          <w:docPart w:val="DefaultPlaceholder_-1854013440"/>
        </w:placeholder>
        <w:showingPlcHdr/>
      </w:sdtPr>
      <w:sdtContent>
        <w:p w14:paraId="11908E76" w14:textId="5F3CFA4A" w:rsidR="007F2CA9" w:rsidRPr="00C045FE" w:rsidRDefault="00612FE8" w:rsidP="00C045FE">
          <w:pPr>
            <w:pStyle w:val="NoSpacing"/>
            <w:rPr>
              <w:rFonts w:ascii="Times New Roman" w:hAnsi="Times New Roman" w:cs="Times New Roman"/>
            </w:rPr>
          </w:pPr>
          <w:r w:rsidRPr="00F67619">
            <w:rPr>
              <w:rStyle w:val="PlaceholderText"/>
            </w:rPr>
            <w:t>Click or tap here to enter text.</w:t>
          </w:r>
        </w:p>
      </w:sdtContent>
    </w:sdt>
    <w:p w14:paraId="70593145" w14:textId="77777777" w:rsidR="00612FE8" w:rsidRDefault="00612FE8" w:rsidP="00C045FE">
      <w:pPr>
        <w:pStyle w:val="NoSpacing"/>
        <w:rPr>
          <w:rFonts w:ascii="Times New Roman" w:hAnsi="Times New Roman" w:cs="Times New Roman"/>
        </w:rPr>
      </w:pPr>
    </w:p>
    <w:p w14:paraId="71B60BD2" w14:textId="53FB7235" w:rsidR="007F2CA9" w:rsidRPr="00612FE8" w:rsidRDefault="00000000" w:rsidP="00C045FE">
      <w:pPr>
        <w:pStyle w:val="NoSpacing"/>
        <w:rPr>
          <w:rFonts w:ascii="Times New Roman" w:hAnsi="Times New Roman" w:cs="Times New Roman"/>
          <w:b/>
          <w:bCs/>
          <w:u w:val="single"/>
        </w:rPr>
      </w:pPr>
      <w:r w:rsidRPr="00612FE8">
        <w:rPr>
          <w:rFonts w:ascii="Times New Roman" w:hAnsi="Times New Roman" w:cs="Times New Roman"/>
          <w:b/>
          <w:bCs/>
          <w:u w:val="single"/>
        </w:rPr>
        <w:t>Section 7: Investigator Certification</w:t>
      </w:r>
    </w:p>
    <w:p w14:paraId="6FF07803" w14:textId="77777777" w:rsidR="007F2CA9" w:rsidRPr="00C045FE" w:rsidRDefault="00000000" w:rsidP="00C045FE">
      <w:pPr>
        <w:pStyle w:val="NoSpacing"/>
        <w:rPr>
          <w:rFonts w:ascii="Times New Roman" w:hAnsi="Times New Roman" w:cs="Times New Roman"/>
        </w:rPr>
      </w:pPr>
      <w:r w:rsidRPr="00C045FE">
        <w:rPr>
          <w:rFonts w:ascii="Times New Roman" w:hAnsi="Times New Roman" w:cs="Times New Roman"/>
        </w:rPr>
        <w:t>By signing below, I certify that all research activities involving human participants have been completed, and this study is ready for closure.</w:t>
      </w:r>
    </w:p>
    <w:p w14:paraId="77390DB0" w14:textId="77777777" w:rsidR="007F2CA9" w:rsidRPr="00C045FE" w:rsidRDefault="007F2CA9" w:rsidP="00C045FE">
      <w:pPr>
        <w:pStyle w:val="NoSpacing"/>
        <w:rPr>
          <w:rFonts w:ascii="Times New Roman" w:hAnsi="Times New Roman" w:cs="Times New Roman"/>
        </w:rPr>
      </w:pPr>
    </w:p>
    <w:p w14:paraId="62CF09DA" w14:textId="77777777" w:rsidR="007F2CA9" w:rsidRPr="00C045FE" w:rsidRDefault="00000000" w:rsidP="00C045FE">
      <w:pPr>
        <w:pStyle w:val="NoSpacing"/>
        <w:rPr>
          <w:rFonts w:ascii="Times New Roman" w:hAnsi="Times New Roman" w:cs="Times New Roman"/>
        </w:rPr>
      </w:pPr>
      <w:r w:rsidRPr="00C045FE">
        <w:rPr>
          <w:rFonts w:ascii="Times New Roman" w:hAnsi="Times New Roman" w:cs="Times New Roman"/>
        </w:rPr>
        <w:t>Principal Investigator Signature: ________________________________</w:t>
      </w:r>
    </w:p>
    <w:p w14:paraId="04F2DC5F" w14:textId="77777777" w:rsidR="00612FE8" w:rsidRDefault="00612FE8" w:rsidP="00C045FE">
      <w:pPr>
        <w:pStyle w:val="NoSpacing"/>
        <w:rPr>
          <w:rFonts w:ascii="Times New Roman" w:hAnsi="Times New Roman" w:cs="Times New Roman"/>
        </w:rPr>
      </w:pPr>
    </w:p>
    <w:p w14:paraId="3BB9E635" w14:textId="7B5423C4" w:rsidR="007F2CA9" w:rsidRDefault="00000000" w:rsidP="00C045FE">
      <w:pPr>
        <w:pStyle w:val="NoSpacing"/>
        <w:rPr>
          <w:rFonts w:ascii="Times New Roman" w:hAnsi="Times New Roman" w:cs="Times New Roman"/>
        </w:rPr>
      </w:pPr>
      <w:r w:rsidRPr="00C045FE">
        <w:rPr>
          <w:rFonts w:ascii="Times New Roman" w:hAnsi="Times New Roman" w:cs="Times New Roman"/>
        </w:rPr>
        <w:t xml:space="preserve">Date: </w:t>
      </w:r>
      <w:sdt>
        <w:sdtPr>
          <w:rPr>
            <w:rFonts w:ascii="Times New Roman" w:hAnsi="Times New Roman" w:cs="Times New Roman"/>
          </w:rPr>
          <w:id w:val="-194227399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612FE8" w:rsidRPr="00F67619">
            <w:rPr>
              <w:rStyle w:val="PlaceholderText"/>
            </w:rPr>
            <w:t>Click or tap to enter a date.</w:t>
          </w:r>
        </w:sdtContent>
      </w:sdt>
    </w:p>
    <w:p w14:paraId="48C0D15D" w14:textId="77777777" w:rsidR="00612FE8" w:rsidRDefault="00612FE8" w:rsidP="00C045FE">
      <w:pPr>
        <w:pStyle w:val="NoSpacing"/>
        <w:rPr>
          <w:rFonts w:ascii="Times New Roman" w:hAnsi="Times New Roman" w:cs="Times New Roman"/>
        </w:rPr>
      </w:pPr>
    </w:p>
    <w:p w14:paraId="56A626F3" w14:textId="46D69884" w:rsidR="00612FE8" w:rsidRDefault="00612FE8" w:rsidP="00C045F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Faculty Sponsor Signature: ________________</w:t>
      </w:r>
    </w:p>
    <w:p w14:paraId="490FA610" w14:textId="77777777" w:rsidR="00612FE8" w:rsidRDefault="00612FE8" w:rsidP="00C045FE">
      <w:pPr>
        <w:pStyle w:val="NoSpacing"/>
        <w:rPr>
          <w:rFonts w:ascii="Times New Roman" w:hAnsi="Times New Roman" w:cs="Times New Roman"/>
        </w:rPr>
      </w:pPr>
    </w:p>
    <w:p w14:paraId="7A2B76F4" w14:textId="682A37E1" w:rsidR="00612FE8" w:rsidRPr="00C045FE" w:rsidRDefault="00612FE8" w:rsidP="00C045F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Date: </w:t>
      </w:r>
      <w:sdt>
        <w:sdtPr>
          <w:rPr>
            <w:rFonts w:ascii="Times New Roman" w:hAnsi="Times New Roman" w:cs="Times New Roman"/>
          </w:rPr>
          <w:id w:val="-219446669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Pr="00F67619">
            <w:rPr>
              <w:rStyle w:val="PlaceholderText"/>
            </w:rPr>
            <w:t>Click or tap to enter a date.</w:t>
          </w:r>
        </w:sdtContent>
      </w:sdt>
    </w:p>
    <w:sectPr w:rsidR="00612FE8" w:rsidRPr="00C045FE" w:rsidSect="00656742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3495B" w14:textId="77777777" w:rsidR="00A41C4F" w:rsidRDefault="00A41C4F" w:rsidP="00C045FE">
      <w:pPr>
        <w:spacing w:after="0" w:line="240" w:lineRule="auto"/>
      </w:pPr>
      <w:r>
        <w:separator/>
      </w:r>
    </w:p>
  </w:endnote>
  <w:endnote w:type="continuationSeparator" w:id="0">
    <w:p w14:paraId="77DF2598" w14:textId="77777777" w:rsidR="00A41C4F" w:rsidRDefault="00A41C4F" w:rsidP="00C045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236AE" w14:textId="28DE6BD8" w:rsidR="00C045FE" w:rsidRPr="00656742" w:rsidRDefault="00656742">
    <w:pPr>
      <w:pStyle w:val="Footer"/>
      <w:rPr>
        <w:sz w:val="16"/>
        <w:szCs w:val="16"/>
      </w:rPr>
    </w:pPr>
    <w:r w:rsidRPr="00656742">
      <w:rPr>
        <w:sz w:val="16"/>
        <w:szCs w:val="16"/>
      </w:rPr>
      <w:t>Approved April 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375E1" w14:textId="7B9613EB" w:rsidR="00C045FE" w:rsidRPr="00656742" w:rsidRDefault="00656742">
    <w:pPr>
      <w:pStyle w:val="Footer"/>
      <w:rPr>
        <w:sz w:val="16"/>
        <w:szCs w:val="16"/>
      </w:rPr>
    </w:pPr>
    <w:r w:rsidRPr="00656742">
      <w:rPr>
        <w:sz w:val="16"/>
        <w:szCs w:val="16"/>
      </w:rPr>
      <w:t>Approved April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AA84A" w14:textId="77777777" w:rsidR="00A41C4F" w:rsidRDefault="00A41C4F" w:rsidP="00C045FE">
      <w:pPr>
        <w:spacing w:after="0" w:line="240" w:lineRule="auto"/>
      </w:pPr>
      <w:r>
        <w:separator/>
      </w:r>
    </w:p>
  </w:footnote>
  <w:footnote w:type="continuationSeparator" w:id="0">
    <w:p w14:paraId="22C05C6A" w14:textId="77777777" w:rsidR="00A41C4F" w:rsidRDefault="00A41C4F" w:rsidP="00C045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381088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6F56421" w14:textId="6C225A20" w:rsidR="00656742" w:rsidRDefault="00656742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841FC78" w14:textId="77777777" w:rsidR="00C045FE" w:rsidRDefault="00C045FE" w:rsidP="00656742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0FEE4" w14:textId="19594C48" w:rsidR="00C045FE" w:rsidRDefault="00656742" w:rsidP="00656742">
    <w:pPr>
      <w:pStyle w:val="Header"/>
      <w:jc w:val="center"/>
    </w:pPr>
    <w:r>
      <w:rPr>
        <w:noProof/>
      </w:rPr>
      <w:drawing>
        <wp:inline distT="0" distB="0" distL="0" distR="0" wp14:anchorId="6A09E983" wp14:editId="4C3E9EA7">
          <wp:extent cx="1816735" cy="640080"/>
          <wp:effectExtent l="0" t="0" r="0" b="7620"/>
          <wp:docPr id="124956066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6735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50C6E23"/>
    <w:multiLevelType w:val="multilevel"/>
    <w:tmpl w:val="E4AE6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6331486">
    <w:abstractNumId w:val="8"/>
  </w:num>
  <w:num w:numId="2" w16cid:durableId="1215501974">
    <w:abstractNumId w:val="6"/>
  </w:num>
  <w:num w:numId="3" w16cid:durableId="1716464468">
    <w:abstractNumId w:val="5"/>
  </w:num>
  <w:num w:numId="4" w16cid:durableId="706494635">
    <w:abstractNumId w:val="4"/>
  </w:num>
  <w:num w:numId="5" w16cid:durableId="1459909402">
    <w:abstractNumId w:val="7"/>
  </w:num>
  <w:num w:numId="6" w16cid:durableId="882524091">
    <w:abstractNumId w:val="3"/>
  </w:num>
  <w:num w:numId="7" w16cid:durableId="1240825628">
    <w:abstractNumId w:val="2"/>
  </w:num>
  <w:num w:numId="8" w16cid:durableId="1008407034">
    <w:abstractNumId w:val="1"/>
  </w:num>
  <w:num w:numId="9" w16cid:durableId="1792479416">
    <w:abstractNumId w:val="0"/>
  </w:num>
  <w:num w:numId="10" w16cid:durableId="8776621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A1B2B"/>
    <w:rsid w:val="005A3C59"/>
    <w:rsid w:val="00612FE8"/>
    <w:rsid w:val="00656742"/>
    <w:rsid w:val="006A399C"/>
    <w:rsid w:val="007F2CA9"/>
    <w:rsid w:val="00A41C4F"/>
    <w:rsid w:val="00AA1D8D"/>
    <w:rsid w:val="00B47730"/>
    <w:rsid w:val="00C045FE"/>
    <w:rsid w:val="00C256AF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062061"/>
  <w14:defaultImageDpi w14:val="300"/>
  <w15:docId w15:val="{B6E64E4C-049C-4120-9683-A1DF0574B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C256A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56AF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C256A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05D932-3EE3-4CFE-AE42-D811E50ADDEC}"/>
      </w:docPartPr>
      <w:docPartBody>
        <w:p w:rsidR="00000000" w:rsidRDefault="00AF6633">
          <w:r w:rsidRPr="00F6761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99BCD0-FC6E-432D-88A2-71E2CAF2E2FC}"/>
      </w:docPartPr>
      <w:docPartBody>
        <w:p w:rsidR="00000000" w:rsidRDefault="00AF6633">
          <w:r w:rsidRPr="00F67619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633"/>
    <w:rsid w:val="0022284D"/>
    <w:rsid w:val="005A3C59"/>
    <w:rsid w:val="00AF6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F6633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Holt, Erin</cp:lastModifiedBy>
  <cp:revision>7</cp:revision>
  <dcterms:created xsi:type="dcterms:W3CDTF">2013-12-23T23:15:00Z</dcterms:created>
  <dcterms:modified xsi:type="dcterms:W3CDTF">2026-06-04T18:28:00Z</dcterms:modified>
  <cp:category/>
</cp:coreProperties>
</file>