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DE473" w14:textId="77777777" w:rsidR="00C74177" w:rsidRDefault="00C74177" w:rsidP="008E5252">
      <w:pPr>
        <w:pStyle w:val="NoSpacing"/>
        <w:rPr>
          <w:rFonts w:ascii="Times New Roman" w:hAnsi="Times New Roman" w:cs="Times New Roman"/>
        </w:rPr>
      </w:pPr>
    </w:p>
    <w:p w14:paraId="45B390C8" w14:textId="3E1D3242" w:rsidR="008325DD" w:rsidRPr="00C74177" w:rsidRDefault="00BC5B70" w:rsidP="00C74177">
      <w:pPr>
        <w:pStyle w:val="NoSpacing"/>
        <w:jc w:val="center"/>
        <w:rPr>
          <w:rFonts w:ascii="Times New Roman" w:hAnsi="Times New Roman" w:cs="Times New Roman"/>
          <w:b/>
          <w:bCs/>
        </w:rPr>
      </w:pPr>
      <w:r w:rsidRPr="00C74177">
        <w:rPr>
          <w:rFonts w:ascii="Times New Roman" w:hAnsi="Times New Roman" w:cs="Times New Roman"/>
          <w:b/>
          <w:bCs/>
        </w:rPr>
        <w:t>Avila University Institutional Review Board (IRB)</w:t>
      </w:r>
    </w:p>
    <w:p w14:paraId="14C62A24" w14:textId="77777777" w:rsidR="008325DD" w:rsidRPr="00C74177" w:rsidRDefault="00BC5B70" w:rsidP="00C74177">
      <w:pPr>
        <w:pStyle w:val="NoSpacing"/>
        <w:jc w:val="center"/>
        <w:rPr>
          <w:rFonts w:ascii="Times New Roman" w:hAnsi="Times New Roman" w:cs="Times New Roman"/>
          <w:b/>
          <w:bCs/>
        </w:rPr>
      </w:pPr>
      <w:r w:rsidRPr="00C74177">
        <w:rPr>
          <w:rFonts w:ascii="Times New Roman" w:hAnsi="Times New Roman" w:cs="Times New Roman"/>
          <w:b/>
          <w:bCs/>
        </w:rPr>
        <w:t>Modification / Amendment Request Form</w:t>
      </w:r>
    </w:p>
    <w:p w14:paraId="27217043" w14:textId="77777777" w:rsidR="00A21BC1" w:rsidRDefault="00A21BC1" w:rsidP="008E5252">
      <w:pPr>
        <w:pStyle w:val="NoSpacing"/>
        <w:rPr>
          <w:rFonts w:ascii="Times New Roman" w:hAnsi="Times New Roman" w:cs="Times New Roman"/>
        </w:rPr>
      </w:pPr>
    </w:p>
    <w:p w14:paraId="175159B6" w14:textId="091083FF" w:rsidR="00A21BC1" w:rsidRPr="00A21BC1" w:rsidRDefault="00A21BC1" w:rsidP="00A21BC1">
      <w:pPr>
        <w:pStyle w:val="NoSpacing"/>
        <w:rPr>
          <w:rFonts w:ascii="Times New Roman" w:hAnsi="Times New Roman" w:cs="Times New Roman"/>
        </w:rPr>
      </w:pPr>
      <w:r w:rsidRPr="00A21BC1">
        <w:rPr>
          <w:rFonts w:ascii="Times New Roman" w:hAnsi="Times New Roman" w:cs="Times New Roman"/>
        </w:rPr>
        <w:t>In accordance with federal regulations and the mission of Avila University to safeguard the rights, self-determination, and dignity of human participants, investigators may not implement any changes to an approved research protocol without prior review and written approval from the IRB.</w:t>
      </w:r>
    </w:p>
    <w:p w14:paraId="00EDC700" w14:textId="77777777" w:rsidR="00A21BC1" w:rsidRDefault="00A21BC1" w:rsidP="00A21BC1">
      <w:pPr>
        <w:pStyle w:val="NoSpacing"/>
        <w:rPr>
          <w:rFonts w:ascii="Times New Roman" w:hAnsi="Times New Roman" w:cs="Times New Roman"/>
        </w:rPr>
      </w:pPr>
    </w:p>
    <w:p w14:paraId="26EB4D65" w14:textId="180B349A" w:rsidR="00A21BC1" w:rsidRPr="00A21BC1" w:rsidRDefault="00A21BC1" w:rsidP="00A21BC1">
      <w:pPr>
        <w:pStyle w:val="NoSpacing"/>
        <w:rPr>
          <w:rFonts w:ascii="Times New Roman" w:hAnsi="Times New Roman" w:cs="Times New Roman"/>
        </w:rPr>
      </w:pPr>
      <w:r w:rsidRPr="00A21BC1">
        <w:rPr>
          <w:rFonts w:ascii="Times New Roman" w:hAnsi="Times New Roman" w:cs="Times New Roman"/>
        </w:rPr>
        <w:t>Modifications include, but are not limited to, changes in:</w:t>
      </w:r>
    </w:p>
    <w:p w14:paraId="2C04F0F6" w14:textId="77777777" w:rsidR="00A21BC1" w:rsidRPr="00A21BC1" w:rsidRDefault="00A21BC1" w:rsidP="00A21BC1">
      <w:pPr>
        <w:pStyle w:val="NoSpacing"/>
        <w:numPr>
          <w:ilvl w:val="0"/>
          <w:numId w:val="11"/>
        </w:numPr>
        <w:rPr>
          <w:rFonts w:ascii="Times New Roman" w:hAnsi="Times New Roman" w:cs="Times New Roman"/>
        </w:rPr>
      </w:pPr>
      <w:r w:rsidRPr="00A21BC1">
        <w:rPr>
          <w:rFonts w:ascii="Times New Roman" w:hAnsi="Times New Roman" w:cs="Times New Roman"/>
        </w:rPr>
        <w:t>Research methodologies, surveys, or interventions</w:t>
      </w:r>
    </w:p>
    <w:p w14:paraId="549CDBF7" w14:textId="77777777" w:rsidR="00A21BC1" w:rsidRPr="00A21BC1" w:rsidRDefault="00A21BC1" w:rsidP="00A21BC1">
      <w:pPr>
        <w:pStyle w:val="NoSpacing"/>
        <w:numPr>
          <w:ilvl w:val="0"/>
          <w:numId w:val="11"/>
        </w:numPr>
        <w:rPr>
          <w:rFonts w:ascii="Times New Roman" w:hAnsi="Times New Roman" w:cs="Times New Roman"/>
        </w:rPr>
      </w:pPr>
      <w:r w:rsidRPr="00A21BC1">
        <w:rPr>
          <w:rFonts w:ascii="Times New Roman" w:hAnsi="Times New Roman" w:cs="Times New Roman"/>
        </w:rPr>
        <w:t>Recruitment materials, flyers, or strategies</w:t>
      </w:r>
    </w:p>
    <w:p w14:paraId="20AF8154" w14:textId="77777777" w:rsidR="00A21BC1" w:rsidRPr="00A21BC1" w:rsidRDefault="00A21BC1" w:rsidP="00A21BC1">
      <w:pPr>
        <w:pStyle w:val="NoSpacing"/>
        <w:numPr>
          <w:ilvl w:val="0"/>
          <w:numId w:val="11"/>
        </w:numPr>
        <w:rPr>
          <w:rFonts w:ascii="Times New Roman" w:hAnsi="Times New Roman" w:cs="Times New Roman"/>
        </w:rPr>
      </w:pPr>
      <w:r w:rsidRPr="00A21BC1">
        <w:rPr>
          <w:rFonts w:ascii="Times New Roman" w:hAnsi="Times New Roman" w:cs="Times New Roman"/>
        </w:rPr>
        <w:t>Informed consent forms or assent documents</w:t>
      </w:r>
    </w:p>
    <w:p w14:paraId="08012AE4" w14:textId="77777777" w:rsidR="00A21BC1" w:rsidRPr="00A21BC1" w:rsidRDefault="00A21BC1" w:rsidP="00A21BC1">
      <w:pPr>
        <w:pStyle w:val="NoSpacing"/>
        <w:numPr>
          <w:ilvl w:val="0"/>
          <w:numId w:val="11"/>
        </w:numPr>
        <w:rPr>
          <w:rFonts w:ascii="Times New Roman" w:hAnsi="Times New Roman" w:cs="Times New Roman"/>
        </w:rPr>
      </w:pPr>
      <w:r w:rsidRPr="00A21BC1">
        <w:rPr>
          <w:rFonts w:ascii="Times New Roman" w:hAnsi="Times New Roman" w:cs="Times New Roman"/>
        </w:rPr>
        <w:t>Study personnel, co-investigators, or faculty advisors</w:t>
      </w:r>
    </w:p>
    <w:p w14:paraId="2FD72939" w14:textId="77777777" w:rsidR="00A21BC1" w:rsidRPr="00A21BC1" w:rsidRDefault="00A21BC1" w:rsidP="00A21BC1">
      <w:pPr>
        <w:pStyle w:val="NoSpacing"/>
        <w:numPr>
          <w:ilvl w:val="0"/>
          <w:numId w:val="11"/>
        </w:numPr>
        <w:rPr>
          <w:rFonts w:ascii="Times New Roman" w:hAnsi="Times New Roman" w:cs="Times New Roman"/>
        </w:rPr>
      </w:pPr>
      <w:r w:rsidRPr="00A21BC1">
        <w:rPr>
          <w:rFonts w:ascii="Times New Roman" w:hAnsi="Times New Roman" w:cs="Times New Roman"/>
        </w:rPr>
        <w:t>Target participant population sizes or demographics</w:t>
      </w:r>
    </w:p>
    <w:p w14:paraId="0ECB1870" w14:textId="77777777" w:rsidR="00A21BC1" w:rsidRDefault="00A21BC1" w:rsidP="00A21BC1">
      <w:pPr>
        <w:pStyle w:val="NoSpacing"/>
        <w:rPr>
          <w:rFonts w:ascii="Times New Roman" w:hAnsi="Times New Roman" w:cs="Times New Roman"/>
          <w:i/>
          <w:iCs/>
        </w:rPr>
      </w:pPr>
    </w:p>
    <w:p w14:paraId="6C55329E" w14:textId="3CF7F051" w:rsidR="00A21BC1" w:rsidRPr="00A21BC1" w:rsidRDefault="00A21BC1" w:rsidP="00A21BC1">
      <w:pPr>
        <w:pStyle w:val="NoSpacing"/>
        <w:rPr>
          <w:rFonts w:ascii="Times New Roman" w:hAnsi="Times New Roman" w:cs="Times New Roman"/>
        </w:rPr>
      </w:pPr>
      <w:r w:rsidRPr="00A21BC1">
        <w:rPr>
          <w:rFonts w:ascii="Times New Roman" w:hAnsi="Times New Roman" w:cs="Times New Roman"/>
          <w:i/>
          <w:iCs/>
          <w:u w:val="single"/>
        </w:rPr>
        <w:t>Exception</w:t>
      </w:r>
      <w:r w:rsidRPr="00A21BC1">
        <w:rPr>
          <w:rFonts w:ascii="Times New Roman" w:hAnsi="Times New Roman" w:cs="Times New Roman"/>
          <w:i/>
          <w:iCs/>
        </w:rPr>
        <w:t>:</w:t>
      </w:r>
      <w:r w:rsidRPr="00A21BC1">
        <w:rPr>
          <w:rFonts w:ascii="Times New Roman" w:hAnsi="Times New Roman" w:cs="Times New Roman"/>
        </w:rPr>
        <w:t xml:space="preserve"> Changes necessary to eliminate apparent immediate hazards to human subjects may be implemented immediately but must be reported to the IRB Chair within 24 hours.</w:t>
      </w:r>
    </w:p>
    <w:p w14:paraId="1B83B91C" w14:textId="01EC97D9" w:rsidR="00A21BC1" w:rsidRPr="00A21BC1" w:rsidRDefault="00A21BC1" w:rsidP="00A21BC1">
      <w:pPr>
        <w:pStyle w:val="NoSpacing"/>
        <w:rPr>
          <w:rFonts w:cs="Times New Roman"/>
        </w:rPr>
      </w:pPr>
    </w:p>
    <w:p w14:paraId="3C1414C3" w14:textId="77777777" w:rsidR="008325DD" w:rsidRPr="00821260" w:rsidRDefault="00BC5B70" w:rsidP="008E5252">
      <w:pPr>
        <w:pStyle w:val="NoSpacing"/>
        <w:rPr>
          <w:rFonts w:ascii="Times New Roman" w:hAnsi="Times New Roman" w:cs="Times New Roman"/>
          <w:b/>
          <w:bCs/>
          <w:u w:val="single"/>
        </w:rPr>
      </w:pPr>
      <w:r w:rsidRPr="00821260">
        <w:rPr>
          <w:rFonts w:ascii="Times New Roman" w:hAnsi="Times New Roman" w:cs="Times New Roman"/>
          <w:b/>
          <w:bCs/>
          <w:u w:val="single"/>
        </w:rPr>
        <w:t>Section 1: Study Information</w:t>
      </w:r>
    </w:p>
    <w:p w14:paraId="696D6104" w14:textId="5508BB89" w:rsidR="008325DD" w:rsidRPr="008E5252" w:rsidRDefault="00BC5B70" w:rsidP="008E5252">
      <w:pPr>
        <w:pStyle w:val="NoSpacing"/>
        <w:rPr>
          <w:rFonts w:ascii="Times New Roman" w:hAnsi="Times New Roman" w:cs="Times New Roman"/>
        </w:rPr>
      </w:pPr>
      <w:r w:rsidRPr="008E5252">
        <w:rPr>
          <w:rFonts w:ascii="Times New Roman" w:hAnsi="Times New Roman" w:cs="Times New Roman"/>
        </w:rPr>
        <w:t xml:space="preserve">Study Title: </w:t>
      </w:r>
      <w:sdt>
        <w:sdtPr>
          <w:rPr>
            <w:rFonts w:ascii="Times New Roman" w:hAnsi="Times New Roman" w:cs="Times New Roman"/>
          </w:rPr>
          <w:id w:val="1609006727"/>
          <w:placeholder>
            <w:docPart w:val="DefaultPlaceholder_-1854013440"/>
          </w:placeholder>
          <w:showingPlcHdr/>
        </w:sdtPr>
        <w:sdtContent>
          <w:r w:rsidR="005C7310" w:rsidRPr="008E5252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</w:p>
    <w:p w14:paraId="3FC23467" w14:textId="77777777" w:rsidR="00821260" w:rsidRDefault="00821260" w:rsidP="008E5252">
      <w:pPr>
        <w:pStyle w:val="NoSpacing"/>
        <w:rPr>
          <w:rFonts w:ascii="Times New Roman" w:hAnsi="Times New Roman" w:cs="Times New Roman"/>
        </w:rPr>
      </w:pPr>
    </w:p>
    <w:p w14:paraId="242FD10A" w14:textId="5D487520" w:rsidR="008325DD" w:rsidRPr="008E5252" w:rsidRDefault="00BC5B70" w:rsidP="008E5252">
      <w:pPr>
        <w:pStyle w:val="NoSpacing"/>
        <w:rPr>
          <w:rFonts w:ascii="Times New Roman" w:hAnsi="Times New Roman" w:cs="Times New Roman"/>
        </w:rPr>
      </w:pPr>
      <w:r w:rsidRPr="008E5252">
        <w:rPr>
          <w:rFonts w:ascii="Times New Roman" w:hAnsi="Times New Roman" w:cs="Times New Roman"/>
        </w:rPr>
        <w:t xml:space="preserve">Principal Investigator (PI): </w:t>
      </w:r>
      <w:sdt>
        <w:sdtPr>
          <w:rPr>
            <w:rFonts w:ascii="Times New Roman" w:hAnsi="Times New Roman" w:cs="Times New Roman"/>
          </w:rPr>
          <w:id w:val="-1835977024"/>
          <w:placeholder>
            <w:docPart w:val="DefaultPlaceholder_-1854013440"/>
          </w:placeholder>
          <w:showingPlcHdr/>
        </w:sdtPr>
        <w:sdtContent>
          <w:r w:rsidR="005C7310" w:rsidRPr="008E5252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</w:p>
    <w:p w14:paraId="609C8AF8" w14:textId="77777777" w:rsidR="00821260" w:rsidRDefault="00821260" w:rsidP="008E5252">
      <w:pPr>
        <w:pStyle w:val="NoSpacing"/>
        <w:rPr>
          <w:rFonts w:ascii="Times New Roman" w:hAnsi="Times New Roman" w:cs="Times New Roman"/>
        </w:rPr>
      </w:pPr>
    </w:p>
    <w:p w14:paraId="59732667" w14:textId="18611CDA" w:rsidR="008325DD" w:rsidRPr="008E5252" w:rsidRDefault="00BC5B70" w:rsidP="008E5252">
      <w:pPr>
        <w:pStyle w:val="NoSpacing"/>
        <w:rPr>
          <w:rFonts w:ascii="Times New Roman" w:hAnsi="Times New Roman" w:cs="Times New Roman"/>
        </w:rPr>
      </w:pPr>
      <w:r w:rsidRPr="008E5252">
        <w:rPr>
          <w:rFonts w:ascii="Times New Roman" w:hAnsi="Times New Roman" w:cs="Times New Roman"/>
        </w:rPr>
        <w:t xml:space="preserve">IRB Approval Number: </w:t>
      </w:r>
      <w:sdt>
        <w:sdtPr>
          <w:rPr>
            <w:rFonts w:ascii="Times New Roman" w:hAnsi="Times New Roman" w:cs="Times New Roman"/>
          </w:rPr>
          <w:id w:val="-241110203"/>
          <w:placeholder>
            <w:docPart w:val="DefaultPlaceholder_-1854013440"/>
          </w:placeholder>
          <w:showingPlcHdr/>
        </w:sdtPr>
        <w:sdtContent>
          <w:r w:rsidR="00B552C3" w:rsidRPr="008E5252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</w:p>
    <w:p w14:paraId="4E8C117C" w14:textId="77777777" w:rsidR="00821260" w:rsidRDefault="00821260" w:rsidP="008E5252">
      <w:pPr>
        <w:pStyle w:val="NoSpacing"/>
        <w:rPr>
          <w:rFonts w:ascii="Times New Roman" w:hAnsi="Times New Roman" w:cs="Times New Roman"/>
        </w:rPr>
      </w:pPr>
    </w:p>
    <w:p w14:paraId="319518FB" w14:textId="708C39A3" w:rsidR="008325DD" w:rsidRPr="008E5252" w:rsidRDefault="00BC5B70" w:rsidP="008E5252">
      <w:pPr>
        <w:pStyle w:val="NoSpacing"/>
        <w:rPr>
          <w:rFonts w:ascii="Times New Roman" w:hAnsi="Times New Roman" w:cs="Times New Roman"/>
        </w:rPr>
      </w:pPr>
      <w:r w:rsidRPr="008E5252">
        <w:rPr>
          <w:rFonts w:ascii="Times New Roman" w:hAnsi="Times New Roman" w:cs="Times New Roman"/>
        </w:rPr>
        <w:t xml:space="preserve">Original Approval Date: </w:t>
      </w:r>
      <w:sdt>
        <w:sdtPr>
          <w:rPr>
            <w:rFonts w:ascii="Times New Roman" w:hAnsi="Times New Roman" w:cs="Times New Roman"/>
          </w:rPr>
          <w:id w:val="327870508"/>
          <w:placeholder>
            <w:docPart w:val="DefaultPlaceholder_-1854013440"/>
          </w:placeholder>
          <w:showingPlcHdr/>
        </w:sdtPr>
        <w:sdtContent>
          <w:r w:rsidR="00B552C3" w:rsidRPr="008E5252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</w:p>
    <w:p w14:paraId="61F2F677" w14:textId="77777777" w:rsidR="00821260" w:rsidRDefault="00821260" w:rsidP="008E5252">
      <w:pPr>
        <w:pStyle w:val="NoSpacing"/>
        <w:rPr>
          <w:rFonts w:ascii="Times New Roman" w:hAnsi="Times New Roman" w:cs="Times New Roman"/>
          <w:u w:val="single"/>
        </w:rPr>
      </w:pPr>
    </w:p>
    <w:p w14:paraId="62A10D2D" w14:textId="6E8791D8" w:rsidR="008325DD" w:rsidRPr="00821260" w:rsidRDefault="00BC5B70" w:rsidP="008E5252">
      <w:pPr>
        <w:pStyle w:val="NoSpacing"/>
        <w:rPr>
          <w:rFonts w:ascii="Times New Roman" w:hAnsi="Times New Roman" w:cs="Times New Roman"/>
          <w:b/>
          <w:bCs/>
          <w:u w:val="single"/>
        </w:rPr>
      </w:pPr>
      <w:r w:rsidRPr="00821260">
        <w:rPr>
          <w:rFonts w:ascii="Times New Roman" w:hAnsi="Times New Roman" w:cs="Times New Roman"/>
          <w:b/>
          <w:bCs/>
          <w:u w:val="single"/>
        </w:rPr>
        <w:t>Section 2: Type of Request (check all that apply)</w:t>
      </w:r>
    </w:p>
    <w:p w14:paraId="5783748D" w14:textId="37B05830" w:rsidR="008325DD" w:rsidRPr="008E5252" w:rsidRDefault="00000000" w:rsidP="008E5252">
      <w:pPr>
        <w:pStyle w:val="NoSpacing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3888545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C7310" w:rsidRPr="008E5252">
            <w:rPr>
              <w:rFonts w:ascii="Segoe UI Symbol" w:eastAsia="MS Gothic" w:hAnsi="Segoe UI Symbol" w:cs="Segoe UI Symbol"/>
            </w:rPr>
            <w:t>☐</w:t>
          </w:r>
        </w:sdtContent>
      </w:sdt>
      <w:r w:rsidR="00BC5B70" w:rsidRPr="008E5252">
        <w:rPr>
          <w:rFonts w:ascii="Times New Roman" w:hAnsi="Times New Roman" w:cs="Times New Roman"/>
        </w:rPr>
        <w:t xml:space="preserve"> Change to recruitment methods/materials</w:t>
      </w:r>
    </w:p>
    <w:p w14:paraId="691B3311" w14:textId="0BC968F2" w:rsidR="008325DD" w:rsidRPr="008E5252" w:rsidRDefault="00000000" w:rsidP="008E5252">
      <w:pPr>
        <w:pStyle w:val="NoSpacing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0258224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52C3" w:rsidRPr="008E5252">
            <w:rPr>
              <w:rFonts w:ascii="Segoe UI Symbol" w:eastAsia="MS Gothic" w:hAnsi="Segoe UI Symbol" w:cs="Segoe UI Symbol"/>
            </w:rPr>
            <w:t>☐</w:t>
          </w:r>
        </w:sdtContent>
      </w:sdt>
      <w:r w:rsidR="00BC5B70" w:rsidRPr="008E5252">
        <w:rPr>
          <w:rFonts w:ascii="Times New Roman" w:hAnsi="Times New Roman" w:cs="Times New Roman"/>
        </w:rPr>
        <w:t xml:space="preserve"> Change to consent form or consent process</w:t>
      </w:r>
    </w:p>
    <w:p w14:paraId="5382F7F4" w14:textId="4598A2BD" w:rsidR="008325DD" w:rsidRPr="008E5252" w:rsidRDefault="00000000" w:rsidP="008E5252">
      <w:pPr>
        <w:pStyle w:val="NoSpacing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9244490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52C3" w:rsidRPr="008E5252">
            <w:rPr>
              <w:rFonts w:ascii="Segoe UI Symbol" w:eastAsia="MS Gothic" w:hAnsi="Segoe UI Symbol" w:cs="Segoe UI Symbol"/>
            </w:rPr>
            <w:t>☐</w:t>
          </w:r>
        </w:sdtContent>
      </w:sdt>
      <w:r w:rsidR="00BC5B70" w:rsidRPr="008E5252">
        <w:rPr>
          <w:rFonts w:ascii="Times New Roman" w:hAnsi="Times New Roman" w:cs="Times New Roman"/>
        </w:rPr>
        <w:t xml:space="preserve"> Change to research instruments (survey/interview questions)</w:t>
      </w:r>
    </w:p>
    <w:p w14:paraId="626F313E" w14:textId="6D8F6484" w:rsidR="008325DD" w:rsidRPr="008E5252" w:rsidRDefault="00000000" w:rsidP="008E5252">
      <w:pPr>
        <w:pStyle w:val="NoSpacing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9963069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52C3" w:rsidRPr="008E5252">
            <w:rPr>
              <w:rFonts w:ascii="Segoe UI Symbol" w:eastAsia="MS Gothic" w:hAnsi="Segoe UI Symbol" w:cs="Segoe UI Symbol"/>
            </w:rPr>
            <w:t>☐</w:t>
          </w:r>
        </w:sdtContent>
      </w:sdt>
      <w:r w:rsidR="00BC5B70" w:rsidRPr="008E5252">
        <w:rPr>
          <w:rFonts w:ascii="Times New Roman" w:hAnsi="Times New Roman" w:cs="Times New Roman"/>
        </w:rPr>
        <w:t xml:space="preserve"> Change to study procedures</w:t>
      </w:r>
    </w:p>
    <w:p w14:paraId="5EC0FD0D" w14:textId="6B3BA968" w:rsidR="008325DD" w:rsidRPr="008E5252" w:rsidRDefault="00000000" w:rsidP="008E5252">
      <w:pPr>
        <w:pStyle w:val="NoSpacing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3413525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52C3" w:rsidRPr="008E5252">
            <w:rPr>
              <w:rFonts w:ascii="Segoe UI Symbol" w:eastAsia="MS Gothic" w:hAnsi="Segoe UI Symbol" w:cs="Segoe UI Symbol"/>
            </w:rPr>
            <w:t>☐</w:t>
          </w:r>
        </w:sdtContent>
      </w:sdt>
      <w:r w:rsidR="00BC5B70" w:rsidRPr="008E5252">
        <w:rPr>
          <w:rFonts w:ascii="Times New Roman" w:hAnsi="Times New Roman" w:cs="Times New Roman"/>
        </w:rPr>
        <w:t xml:space="preserve"> Change to participant population</w:t>
      </w:r>
    </w:p>
    <w:p w14:paraId="2CB8BA49" w14:textId="21D07117" w:rsidR="008325DD" w:rsidRPr="008E5252" w:rsidRDefault="00000000" w:rsidP="008E5252">
      <w:pPr>
        <w:pStyle w:val="NoSpacing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8247363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52C3" w:rsidRPr="008E5252">
            <w:rPr>
              <w:rFonts w:ascii="Segoe UI Symbol" w:eastAsia="MS Gothic" w:hAnsi="Segoe UI Symbol" w:cs="Segoe UI Symbol"/>
            </w:rPr>
            <w:t>☐</w:t>
          </w:r>
        </w:sdtContent>
      </w:sdt>
      <w:r w:rsidR="00BC5B70" w:rsidRPr="008E5252">
        <w:rPr>
          <w:rFonts w:ascii="Times New Roman" w:hAnsi="Times New Roman" w:cs="Times New Roman"/>
        </w:rPr>
        <w:t xml:space="preserve"> Change to research personnel</w:t>
      </w:r>
    </w:p>
    <w:p w14:paraId="45CF3ED6" w14:textId="05ACC0E2" w:rsidR="008325DD" w:rsidRPr="008E5252" w:rsidRDefault="00000000" w:rsidP="008E5252">
      <w:pPr>
        <w:pStyle w:val="NoSpacing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5762712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52C3" w:rsidRPr="008E5252">
            <w:rPr>
              <w:rFonts w:ascii="Segoe UI Symbol" w:eastAsia="MS Gothic" w:hAnsi="Segoe UI Symbol" w:cs="Segoe UI Symbol"/>
            </w:rPr>
            <w:t>☐</w:t>
          </w:r>
        </w:sdtContent>
      </w:sdt>
      <w:r w:rsidR="00BC5B70" w:rsidRPr="008E5252">
        <w:rPr>
          <w:rFonts w:ascii="Times New Roman" w:hAnsi="Times New Roman" w:cs="Times New Roman"/>
        </w:rPr>
        <w:t xml:space="preserve"> Change to data collection timeline</w:t>
      </w:r>
    </w:p>
    <w:p w14:paraId="3AAA7A0C" w14:textId="304461D1" w:rsidR="008325DD" w:rsidRPr="008E5252" w:rsidRDefault="00000000" w:rsidP="008E5252">
      <w:pPr>
        <w:pStyle w:val="NoSpacing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636714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52C3" w:rsidRPr="008E5252">
            <w:rPr>
              <w:rFonts w:ascii="Segoe UI Symbol" w:eastAsia="MS Gothic" w:hAnsi="Segoe UI Symbol" w:cs="Segoe UI Symbol"/>
            </w:rPr>
            <w:t>☐</w:t>
          </w:r>
        </w:sdtContent>
      </w:sdt>
      <w:r w:rsidR="00BC5B70" w:rsidRPr="008E5252">
        <w:rPr>
          <w:rFonts w:ascii="Times New Roman" w:hAnsi="Times New Roman" w:cs="Times New Roman"/>
        </w:rPr>
        <w:t xml:space="preserve"> Change to data security/confidentiality procedures</w:t>
      </w:r>
    </w:p>
    <w:p w14:paraId="39190430" w14:textId="172AB490" w:rsidR="008325DD" w:rsidRPr="008E5252" w:rsidRDefault="00000000" w:rsidP="008E5252">
      <w:pPr>
        <w:pStyle w:val="NoSpacing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7832330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52C3" w:rsidRPr="008E5252">
            <w:rPr>
              <w:rFonts w:ascii="Segoe UI Symbol" w:eastAsia="MS Gothic" w:hAnsi="Segoe UI Symbol" w:cs="Segoe UI Symbol"/>
            </w:rPr>
            <w:t>☐</w:t>
          </w:r>
        </w:sdtContent>
      </w:sdt>
      <w:r w:rsidR="00BC5B70" w:rsidRPr="008E5252">
        <w:rPr>
          <w:rFonts w:ascii="Times New Roman" w:hAnsi="Times New Roman" w:cs="Times New Roman"/>
        </w:rPr>
        <w:t xml:space="preserve"> Other (describe): </w:t>
      </w:r>
      <w:sdt>
        <w:sdtPr>
          <w:rPr>
            <w:rFonts w:ascii="Times New Roman" w:hAnsi="Times New Roman" w:cs="Times New Roman"/>
          </w:rPr>
          <w:id w:val="869262155"/>
          <w:placeholder>
            <w:docPart w:val="DefaultPlaceholder_-1854013440"/>
          </w:placeholder>
          <w:showingPlcHdr/>
        </w:sdtPr>
        <w:sdtContent>
          <w:r w:rsidR="00B552C3" w:rsidRPr="008E5252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</w:p>
    <w:p w14:paraId="56C3A3DD" w14:textId="77777777" w:rsidR="00821260" w:rsidRDefault="00821260" w:rsidP="008E5252">
      <w:pPr>
        <w:pStyle w:val="NoSpacing"/>
        <w:rPr>
          <w:rFonts w:ascii="Times New Roman" w:hAnsi="Times New Roman" w:cs="Times New Roman"/>
          <w:u w:val="single"/>
        </w:rPr>
      </w:pPr>
    </w:p>
    <w:p w14:paraId="32BC426D" w14:textId="40E61BC1" w:rsidR="008325DD" w:rsidRPr="00821260" w:rsidRDefault="00BC5B70" w:rsidP="008E5252">
      <w:pPr>
        <w:pStyle w:val="NoSpacing"/>
        <w:rPr>
          <w:rFonts w:ascii="Times New Roman" w:hAnsi="Times New Roman" w:cs="Times New Roman"/>
          <w:b/>
          <w:bCs/>
          <w:u w:val="single"/>
        </w:rPr>
      </w:pPr>
      <w:r w:rsidRPr="00821260">
        <w:rPr>
          <w:rFonts w:ascii="Times New Roman" w:hAnsi="Times New Roman" w:cs="Times New Roman"/>
          <w:b/>
          <w:bCs/>
          <w:u w:val="single"/>
        </w:rPr>
        <w:t>Section 3: Description of Proposed Changes</w:t>
      </w:r>
    </w:p>
    <w:p w14:paraId="7B4D0D09" w14:textId="4939D2CA" w:rsidR="008325DD" w:rsidRPr="008E5252" w:rsidRDefault="00BC5B70" w:rsidP="008E5252">
      <w:pPr>
        <w:pStyle w:val="NoSpacing"/>
        <w:rPr>
          <w:rFonts w:ascii="Times New Roman" w:hAnsi="Times New Roman" w:cs="Times New Roman"/>
        </w:rPr>
      </w:pPr>
      <w:r w:rsidRPr="008E5252">
        <w:rPr>
          <w:rFonts w:ascii="Times New Roman" w:hAnsi="Times New Roman" w:cs="Times New Roman"/>
        </w:rPr>
        <w:t>Describe the proposed changes in detail:</w:t>
      </w:r>
      <w:r w:rsidR="00B552C3" w:rsidRPr="008E5252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1466085511"/>
          <w:placeholder>
            <w:docPart w:val="DefaultPlaceholder_-1854013440"/>
          </w:placeholder>
          <w:showingPlcHdr/>
        </w:sdtPr>
        <w:sdtContent>
          <w:r w:rsidR="00545923" w:rsidRPr="008E5252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</w:p>
    <w:p w14:paraId="7924F4B1" w14:textId="77777777" w:rsidR="00821260" w:rsidRDefault="00821260" w:rsidP="008E5252">
      <w:pPr>
        <w:pStyle w:val="NoSpacing"/>
        <w:rPr>
          <w:rFonts w:ascii="Times New Roman" w:hAnsi="Times New Roman" w:cs="Times New Roman"/>
          <w:u w:val="single"/>
        </w:rPr>
      </w:pPr>
    </w:p>
    <w:p w14:paraId="5A26C453" w14:textId="2A722C94" w:rsidR="008325DD" w:rsidRPr="00821260" w:rsidRDefault="00BC5B70" w:rsidP="008E5252">
      <w:pPr>
        <w:pStyle w:val="NoSpacing"/>
        <w:rPr>
          <w:rFonts w:ascii="Times New Roman" w:hAnsi="Times New Roman" w:cs="Times New Roman"/>
          <w:b/>
          <w:bCs/>
          <w:u w:val="single"/>
        </w:rPr>
      </w:pPr>
      <w:r w:rsidRPr="00821260">
        <w:rPr>
          <w:rFonts w:ascii="Times New Roman" w:hAnsi="Times New Roman" w:cs="Times New Roman"/>
          <w:b/>
          <w:bCs/>
          <w:u w:val="single"/>
        </w:rPr>
        <w:t>Section 4: Rationale for Changes</w:t>
      </w:r>
    </w:p>
    <w:p w14:paraId="1C469419" w14:textId="1B1BD590" w:rsidR="008325DD" w:rsidRPr="008E5252" w:rsidRDefault="00BC5B70" w:rsidP="008E5252">
      <w:pPr>
        <w:pStyle w:val="NoSpacing"/>
        <w:rPr>
          <w:rFonts w:ascii="Times New Roman" w:hAnsi="Times New Roman" w:cs="Times New Roman"/>
        </w:rPr>
      </w:pPr>
      <w:r w:rsidRPr="008E5252">
        <w:rPr>
          <w:rFonts w:ascii="Times New Roman" w:hAnsi="Times New Roman" w:cs="Times New Roman"/>
        </w:rPr>
        <w:t>Explain why the changes are being requested:</w:t>
      </w:r>
      <w:r w:rsidR="00545923" w:rsidRPr="008E5252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-1550293232"/>
          <w:placeholder>
            <w:docPart w:val="DefaultPlaceholder_-1854013440"/>
          </w:placeholder>
          <w:showingPlcHdr/>
        </w:sdtPr>
        <w:sdtContent>
          <w:r w:rsidR="00545923" w:rsidRPr="008E5252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</w:p>
    <w:p w14:paraId="03468D62" w14:textId="77777777" w:rsidR="008325DD" w:rsidRPr="008E5252" w:rsidRDefault="008325DD" w:rsidP="008E5252">
      <w:pPr>
        <w:pStyle w:val="NoSpacing"/>
        <w:rPr>
          <w:rFonts w:ascii="Times New Roman" w:hAnsi="Times New Roman" w:cs="Times New Roman"/>
        </w:rPr>
      </w:pPr>
    </w:p>
    <w:p w14:paraId="44AA8AEB" w14:textId="77777777" w:rsidR="008325DD" w:rsidRPr="00821260" w:rsidRDefault="00BC5B70" w:rsidP="008E5252">
      <w:pPr>
        <w:pStyle w:val="NoSpacing"/>
        <w:rPr>
          <w:rFonts w:ascii="Times New Roman" w:hAnsi="Times New Roman" w:cs="Times New Roman"/>
          <w:b/>
          <w:bCs/>
          <w:u w:val="single"/>
        </w:rPr>
      </w:pPr>
      <w:r w:rsidRPr="00821260">
        <w:rPr>
          <w:rFonts w:ascii="Times New Roman" w:hAnsi="Times New Roman" w:cs="Times New Roman"/>
          <w:b/>
          <w:bCs/>
          <w:u w:val="single"/>
        </w:rPr>
        <w:t>Section 5: Impact on Participants</w:t>
      </w:r>
    </w:p>
    <w:p w14:paraId="5DA03A8E" w14:textId="1089FA1B" w:rsidR="008325DD" w:rsidRPr="008E5252" w:rsidRDefault="00302517" w:rsidP="008E5252">
      <w:pPr>
        <w:pStyle w:val="NoSpacing"/>
        <w:rPr>
          <w:rFonts w:ascii="Times New Roman" w:hAnsi="Times New Roman" w:cs="Times New Roman"/>
        </w:rPr>
      </w:pPr>
      <w:r w:rsidRPr="008E5252">
        <w:rPr>
          <w:rFonts w:ascii="Times New Roman" w:hAnsi="Times New Roman" w:cs="Times New Roman"/>
        </w:rPr>
        <w:t xml:space="preserve">A. </w:t>
      </w:r>
      <w:r w:rsidR="00BC5B70" w:rsidRPr="008E5252">
        <w:rPr>
          <w:rFonts w:ascii="Times New Roman" w:hAnsi="Times New Roman" w:cs="Times New Roman"/>
        </w:rPr>
        <w:t>Do the proposed changes affect risk to participants?</w:t>
      </w:r>
    </w:p>
    <w:p w14:paraId="66F33A9E" w14:textId="2FEA1743" w:rsidR="008325DD" w:rsidRPr="008E5252" w:rsidRDefault="00000000" w:rsidP="00905628">
      <w:pPr>
        <w:pStyle w:val="NoSpacing"/>
        <w:ind w:left="72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3758983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5923" w:rsidRPr="008E5252">
            <w:rPr>
              <w:rFonts w:ascii="Segoe UI Symbol" w:eastAsia="MS Gothic" w:hAnsi="Segoe UI Symbol" w:cs="Segoe UI Symbol"/>
            </w:rPr>
            <w:t>☐</w:t>
          </w:r>
        </w:sdtContent>
      </w:sdt>
      <w:r w:rsidR="00BC5B70" w:rsidRPr="008E5252">
        <w:rPr>
          <w:rFonts w:ascii="Times New Roman" w:hAnsi="Times New Roman" w:cs="Times New Roman"/>
        </w:rPr>
        <w:t xml:space="preserve"> No</w:t>
      </w:r>
    </w:p>
    <w:p w14:paraId="1C1CA1DB" w14:textId="34A9D7BE" w:rsidR="008325DD" w:rsidRPr="008E5252" w:rsidRDefault="00000000" w:rsidP="00905628">
      <w:pPr>
        <w:pStyle w:val="NoSpacing"/>
        <w:ind w:left="72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1218345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5923" w:rsidRPr="008E5252">
            <w:rPr>
              <w:rFonts w:ascii="Segoe UI Symbol" w:eastAsia="MS Gothic" w:hAnsi="Segoe UI Symbol" w:cs="Segoe UI Symbol"/>
            </w:rPr>
            <w:t>☐</w:t>
          </w:r>
        </w:sdtContent>
      </w:sdt>
      <w:r w:rsidR="00BC5B70" w:rsidRPr="008E5252">
        <w:rPr>
          <w:rFonts w:ascii="Times New Roman" w:hAnsi="Times New Roman" w:cs="Times New Roman"/>
        </w:rPr>
        <w:t xml:space="preserve"> Yes (describe): </w:t>
      </w:r>
      <w:sdt>
        <w:sdtPr>
          <w:rPr>
            <w:rFonts w:ascii="Times New Roman" w:hAnsi="Times New Roman" w:cs="Times New Roman"/>
          </w:rPr>
          <w:id w:val="719170891"/>
          <w:placeholder>
            <w:docPart w:val="DefaultPlaceholder_-1854013440"/>
          </w:placeholder>
          <w:showingPlcHdr/>
        </w:sdtPr>
        <w:sdtContent>
          <w:r w:rsidR="00545923" w:rsidRPr="008E5252">
            <w:rPr>
              <w:rStyle w:val="PlaceholderText"/>
              <w:rFonts w:ascii="Times New Roman" w:hAnsi="Times New Roman" w:cs="Times New Roman"/>
            </w:rPr>
            <w:t>Click or tap here to enter text.</w:t>
          </w:r>
        </w:sdtContent>
      </w:sdt>
    </w:p>
    <w:p w14:paraId="7C1E9CB3" w14:textId="77777777" w:rsidR="00821260" w:rsidRDefault="00821260" w:rsidP="008E5252">
      <w:pPr>
        <w:pStyle w:val="NoSpacing"/>
        <w:rPr>
          <w:rFonts w:ascii="Times New Roman" w:hAnsi="Times New Roman" w:cs="Times New Roman"/>
        </w:rPr>
      </w:pPr>
    </w:p>
    <w:p w14:paraId="148F7833" w14:textId="4B28ED26" w:rsidR="008325DD" w:rsidRPr="008E5252" w:rsidRDefault="00302517" w:rsidP="008E5252">
      <w:pPr>
        <w:pStyle w:val="NoSpacing"/>
        <w:rPr>
          <w:rFonts w:ascii="Times New Roman" w:hAnsi="Times New Roman" w:cs="Times New Roman"/>
        </w:rPr>
      </w:pPr>
      <w:r w:rsidRPr="008E5252">
        <w:rPr>
          <w:rFonts w:ascii="Times New Roman" w:hAnsi="Times New Roman" w:cs="Times New Roman"/>
        </w:rPr>
        <w:t xml:space="preserve">B. </w:t>
      </w:r>
      <w:r w:rsidR="00BC5B70" w:rsidRPr="008E5252">
        <w:rPr>
          <w:rFonts w:ascii="Times New Roman" w:hAnsi="Times New Roman" w:cs="Times New Roman"/>
        </w:rPr>
        <w:t>Do the proposed changes affect participant population or recruitment?</w:t>
      </w:r>
    </w:p>
    <w:p w14:paraId="5F02E91C" w14:textId="44FE2ED4" w:rsidR="008325DD" w:rsidRPr="008E5252" w:rsidRDefault="00000000" w:rsidP="00905628">
      <w:pPr>
        <w:pStyle w:val="NoSpacing"/>
        <w:ind w:left="72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4020321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5923" w:rsidRPr="008E5252">
            <w:rPr>
              <w:rFonts w:ascii="Segoe UI Symbol" w:eastAsia="MS Gothic" w:hAnsi="Segoe UI Symbol" w:cs="Segoe UI Symbol"/>
            </w:rPr>
            <w:t>☐</w:t>
          </w:r>
        </w:sdtContent>
      </w:sdt>
      <w:r w:rsidR="00BC5B70" w:rsidRPr="008E5252">
        <w:rPr>
          <w:rFonts w:ascii="Times New Roman" w:hAnsi="Times New Roman" w:cs="Times New Roman"/>
        </w:rPr>
        <w:t xml:space="preserve"> No</w:t>
      </w:r>
    </w:p>
    <w:p w14:paraId="0DB5B3F0" w14:textId="5064CB03" w:rsidR="008325DD" w:rsidRPr="008E5252" w:rsidRDefault="00000000" w:rsidP="00905628">
      <w:pPr>
        <w:pStyle w:val="NoSpacing"/>
        <w:ind w:left="72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3101400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5923" w:rsidRPr="008E5252">
            <w:rPr>
              <w:rFonts w:ascii="Segoe UI Symbol" w:eastAsia="MS Gothic" w:hAnsi="Segoe UI Symbol" w:cs="Segoe UI Symbol"/>
            </w:rPr>
            <w:t>☐</w:t>
          </w:r>
        </w:sdtContent>
      </w:sdt>
      <w:r w:rsidR="00BC5B70" w:rsidRPr="008E5252">
        <w:rPr>
          <w:rFonts w:ascii="Times New Roman" w:hAnsi="Times New Roman" w:cs="Times New Roman"/>
        </w:rPr>
        <w:t xml:space="preserve"> Yes (describe): </w:t>
      </w:r>
      <w:sdt>
        <w:sdtPr>
          <w:rPr>
            <w:rFonts w:ascii="Times New Roman" w:hAnsi="Times New Roman" w:cs="Times New Roman"/>
          </w:rPr>
          <w:id w:val="2048335555"/>
          <w:placeholder>
            <w:docPart w:val="DefaultPlaceholder_-1854013440"/>
          </w:placeholder>
          <w:showingPlcHdr/>
        </w:sdtPr>
        <w:sdtContent>
          <w:r w:rsidR="00821260" w:rsidRPr="00F67619">
            <w:rPr>
              <w:rStyle w:val="PlaceholderText"/>
            </w:rPr>
            <w:t>Click or tap here to enter text.</w:t>
          </w:r>
        </w:sdtContent>
      </w:sdt>
    </w:p>
    <w:p w14:paraId="0565A328" w14:textId="77777777" w:rsidR="00821260" w:rsidRDefault="00821260" w:rsidP="008E5252">
      <w:pPr>
        <w:pStyle w:val="NoSpacing"/>
        <w:rPr>
          <w:rFonts w:ascii="Times New Roman" w:hAnsi="Times New Roman" w:cs="Times New Roman"/>
          <w:u w:val="single"/>
        </w:rPr>
      </w:pPr>
    </w:p>
    <w:p w14:paraId="2A22E0F8" w14:textId="7BB5B820" w:rsidR="008325DD" w:rsidRPr="00821260" w:rsidRDefault="00BC5B70" w:rsidP="008E5252">
      <w:pPr>
        <w:pStyle w:val="NoSpacing"/>
        <w:rPr>
          <w:rFonts w:ascii="Times New Roman" w:hAnsi="Times New Roman" w:cs="Times New Roman"/>
          <w:b/>
          <w:bCs/>
          <w:u w:val="single"/>
        </w:rPr>
      </w:pPr>
      <w:r w:rsidRPr="00821260">
        <w:rPr>
          <w:rFonts w:ascii="Times New Roman" w:hAnsi="Times New Roman" w:cs="Times New Roman"/>
          <w:b/>
          <w:bCs/>
          <w:u w:val="single"/>
        </w:rPr>
        <w:t>Section 6: Impact on Consent</w:t>
      </w:r>
    </w:p>
    <w:p w14:paraId="171D4092" w14:textId="720B105B" w:rsidR="008325DD" w:rsidRPr="008E5252" w:rsidRDefault="00BC5B70" w:rsidP="008E5252">
      <w:pPr>
        <w:pStyle w:val="NoSpacing"/>
        <w:rPr>
          <w:rFonts w:ascii="Times New Roman" w:hAnsi="Times New Roman" w:cs="Times New Roman"/>
        </w:rPr>
      </w:pPr>
      <w:r w:rsidRPr="008E5252">
        <w:rPr>
          <w:rFonts w:ascii="Times New Roman" w:hAnsi="Times New Roman" w:cs="Times New Roman"/>
        </w:rPr>
        <w:t xml:space="preserve">Do the proposed </w:t>
      </w:r>
      <w:r w:rsidR="00905628">
        <w:rPr>
          <w:rFonts w:ascii="Times New Roman" w:hAnsi="Times New Roman" w:cs="Times New Roman"/>
        </w:rPr>
        <w:t xml:space="preserve">changes require </w:t>
      </w:r>
      <w:r w:rsidRPr="008E5252">
        <w:rPr>
          <w:rFonts w:ascii="Times New Roman" w:hAnsi="Times New Roman" w:cs="Times New Roman"/>
        </w:rPr>
        <w:t>updates to the consent process or consent form?</w:t>
      </w:r>
    </w:p>
    <w:p w14:paraId="5842D689" w14:textId="40004907" w:rsidR="008325DD" w:rsidRPr="008E5252" w:rsidRDefault="00000000" w:rsidP="00905628">
      <w:pPr>
        <w:pStyle w:val="NoSpacing"/>
        <w:ind w:left="72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3745884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5923" w:rsidRPr="008E5252">
            <w:rPr>
              <w:rFonts w:ascii="Segoe UI Symbol" w:eastAsia="MS Gothic" w:hAnsi="Segoe UI Symbol" w:cs="Segoe UI Symbol"/>
            </w:rPr>
            <w:t>☐</w:t>
          </w:r>
        </w:sdtContent>
      </w:sdt>
      <w:r w:rsidR="00BC5B70" w:rsidRPr="008E5252">
        <w:rPr>
          <w:rFonts w:ascii="Times New Roman" w:hAnsi="Times New Roman" w:cs="Times New Roman"/>
        </w:rPr>
        <w:t xml:space="preserve"> No</w:t>
      </w:r>
    </w:p>
    <w:p w14:paraId="172D3A23" w14:textId="35101470" w:rsidR="008325DD" w:rsidRPr="008E5252" w:rsidRDefault="00000000" w:rsidP="00905628">
      <w:pPr>
        <w:pStyle w:val="NoSpacing"/>
        <w:ind w:left="72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83079329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05628">
            <w:rPr>
              <w:rFonts w:ascii="MS Gothic" w:eastAsia="MS Gothic" w:hAnsi="MS Gothic" w:cs="Times New Roman" w:hint="eastAsia"/>
            </w:rPr>
            <w:t>☒</w:t>
          </w:r>
        </w:sdtContent>
      </w:sdt>
      <w:r w:rsidR="00BC5B70" w:rsidRPr="008E5252">
        <w:rPr>
          <w:rFonts w:ascii="Times New Roman" w:hAnsi="Times New Roman" w:cs="Times New Roman"/>
        </w:rPr>
        <w:t xml:space="preserve"> Yes (attach revised consent materials)</w:t>
      </w:r>
    </w:p>
    <w:p w14:paraId="0B8CF913" w14:textId="77777777" w:rsidR="00905628" w:rsidRDefault="00905628" w:rsidP="008E5252">
      <w:pPr>
        <w:pStyle w:val="NoSpacing"/>
        <w:rPr>
          <w:rFonts w:ascii="Times New Roman" w:hAnsi="Times New Roman" w:cs="Times New Roman"/>
          <w:u w:val="single"/>
        </w:rPr>
      </w:pPr>
    </w:p>
    <w:p w14:paraId="775AF7A6" w14:textId="2D7F6686" w:rsidR="008325DD" w:rsidRPr="00905628" w:rsidRDefault="00BC5B70" w:rsidP="008E5252">
      <w:pPr>
        <w:pStyle w:val="NoSpacing"/>
        <w:rPr>
          <w:rFonts w:ascii="Times New Roman" w:hAnsi="Times New Roman" w:cs="Times New Roman"/>
          <w:b/>
          <w:bCs/>
          <w:u w:val="single"/>
        </w:rPr>
      </w:pPr>
      <w:r w:rsidRPr="00905628">
        <w:rPr>
          <w:rFonts w:ascii="Times New Roman" w:hAnsi="Times New Roman" w:cs="Times New Roman"/>
          <w:b/>
          <w:bCs/>
          <w:u w:val="single"/>
        </w:rPr>
        <w:t>Section 7: Attachments Checklist</w:t>
      </w:r>
    </w:p>
    <w:p w14:paraId="77DBA16C" w14:textId="7AC1D9F2" w:rsidR="008325DD" w:rsidRPr="008E5252" w:rsidRDefault="00000000" w:rsidP="008E5252">
      <w:pPr>
        <w:pStyle w:val="NoSpacing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920824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5628">
            <w:rPr>
              <w:rFonts w:ascii="MS Gothic" w:eastAsia="MS Gothic" w:hAnsi="MS Gothic" w:cs="Times New Roman" w:hint="eastAsia"/>
            </w:rPr>
            <w:t>☐</w:t>
          </w:r>
        </w:sdtContent>
      </w:sdt>
      <w:r w:rsidR="00BC5B70" w:rsidRPr="008E5252">
        <w:rPr>
          <w:rFonts w:ascii="Times New Roman" w:hAnsi="Times New Roman" w:cs="Times New Roman"/>
        </w:rPr>
        <w:t xml:space="preserve"> Revised documents with changes clearly indicated (track changes or highlighted)</w:t>
      </w:r>
    </w:p>
    <w:p w14:paraId="3FCCB1D5" w14:textId="7AAD8537" w:rsidR="008325DD" w:rsidRPr="008E5252" w:rsidRDefault="00000000" w:rsidP="008E5252">
      <w:pPr>
        <w:pStyle w:val="NoSpacing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3500622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5923" w:rsidRPr="008E5252">
            <w:rPr>
              <w:rFonts w:ascii="Segoe UI Symbol" w:eastAsia="MS Gothic" w:hAnsi="Segoe UI Symbol" w:cs="Segoe UI Symbol"/>
            </w:rPr>
            <w:t>☐</w:t>
          </w:r>
        </w:sdtContent>
      </w:sdt>
      <w:r w:rsidR="00BC5B70" w:rsidRPr="008E5252">
        <w:rPr>
          <w:rFonts w:ascii="Times New Roman" w:hAnsi="Times New Roman" w:cs="Times New Roman"/>
        </w:rPr>
        <w:t xml:space="preserve"> Clean revised documents (if requested)</w:t>
      </w:r>
    </w:p>
    <w:p w14:paraId="2ACF0D20" w14:textId="4049BB4C" w:rsidR="008325DD" w:rsidRPr="008E5252" w:rsidRDefault="00000000" w:rsidP="008E5252">
      <w:pPr>
        <w:pStyle w:val="NoSpacing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1200312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5923" w:rsidRPr="008E5252">
            <w:rPr>
              <w:rFonts w:ascii="Segoe UI Symbol" w:eastAsia="MS Gothic" w:hAnsi="Segoe UI Symbol" w:cs="Segoe UI Symbol"/>
            </w:rPr>
            <w:t>☐</w:t>
          </w:r>
        </w:sdtContent>
      </w:sdt>
      <w:r w:rsidR="00BC5B70" w:rsidRPr="008E5252">
        <w:rPr>
          <w:rFonts w:ascii="Times New Roman" w:hAnsi="Times New Roman" w:cs="Times New Roman"/>
        </w:rPr>
        <w:t xml:space="preserve"> Updated recruitment materials (if applicable)</w:t>
      </w:r>
    </w:p>
    <w:p w14:paraId="643748CF" w14:textId="1D1A04FD" w:rsidR="008325DD" w:rsidRPr="008E5252" w:rsidRDefault="00000000" w:rsidP="008E5252">
      <w:pPr>
        <w:pStyle w:val="NoSpacing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6554500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5923" w:rsidRPr="008E5252">
            <w:rPr>
              <w:rFonts w:ascii="Segoe UI Symbol" w:eastAsia="MS Gothic" w:hAnsi="Segoe UI Symbol" w:cs="Segoe UI Symbol"/>
            </w:rPr>
            <w:t>☐</w:t>
          </w:r>
        </w:sdtContent>
      </w:sdt>
      <w:r w:rsidR="00BC5B70" w:rsidRPr="008E5252">
        <w:rPr>
          <w:rFonts w:ascii="Times New Roman" w:hAnsi="Times New Roman" w:cs="Times New Roman"/>
        </w:rPr>
        <w:t xml:space="preserve"> Updated instruments (survey/interview guides)</w:t>
      </w:r>
    </w:p>
    <w:p w14:paraId="37F11247" w14:textId="295EC40A" w:rsidR="008325DD" w:rsidRPr="008E5252" w:rsidRDefault="00000000" w:rsidP="008E5252">
      <w:pPr>
        <w:pStyle w:val="NoSpacing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4765179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5923" w:rsidRPr="008E5252">
            <w:rPr>
              <w:rFonts w:ascii="Segoe UI Symbol" w:eastAsia="MS Gothic" w:hAnsi="Segoe UI Symbol" w:cs="Segoe UI Symbol"/>
            </w:rPr>
            <w:t>☐</w:t>
          </w:r>
        </w:sdtContent>
      </w:sdt>
      <w:r w:rsidR="00BC5B70" w:rsidRPr="008E5252">
        <w:rPr>
          <w:rFonts w:ascii="Times New Roman" w:hAnsi="Times New Roman" w:cs="Times New Roman"/>
        </w:rPr>
        <w:t xml:space="preserve"> Updated consent documents (if applicable)</w:t>
      </w:r>
    </w:p>
    <w:p w14:paraId="2D88FB55" w14:textId="77777777" w:rsidR="00905628" w:rsidRDefault="00905628" w:rsidP="008E5252">
      <w:pPr>
        <w:pStyle w:val="NoSpacing"/>
        <w:rPr>
          <w:rFonts w:ascii="Times New Roman" w:hAnsi="Times New Roman" w:cs="Times New Roman"/>
          <w:u w:val="single"/>
        </w:rPr>
      </w:pPr>
    </w:p>
    <w:p w14:paraId="43FD8153" w14:textId="3A3C11F0" w:rsidR="008325DD" w:rsidRPr="00905628" w:rsidRDefault="00BC5B70" w:rsidP="008E5252">
      <w:pPr>
        <w:pStyle w:val="NoSpacing"/>
        <w:rPr>
          <w:rFonts w:ascii="Times New Roman" w:hAnsi="Times New Roman" w:cs="Times New Roman"/>
          <w:b/>
          <w:bCs/>
          <w:u w:val="single"/>
        </w:rPr>
      </w:pPr>
      <w:r w:rsidRPr="00905628">
        <w:rPr>
          <w:rFonts w:ascii="Times New Roman" w:hAnsi="Times New Roman" w:cs="Times New Roman"/>
          <w:b/>
          <w:bCs/>
          <w:u w:val="single"/>
        </w:rPr>
        <w:t>Section 8: Investigator Certification</w:t>
      </w:r>
    </w:p>
    <w:p w14:paraId="6F572D35" w14:textId="77777777" w:rsidR="008325DD" w:rsidRPr="008E5252" w:rsidRDefault="00BC5B70" w:rsidP="008E5252">
      <w:pPr>
        <w:pStyle w:val="NoSpacing"/>
        <w:rPr>
          <w:rFonts w:ascii="Times New Roman" w:hAnsi="Times New Roman" w:cs="Times New Roman"/>
        </w:rPr>
      </w:pPr>
      <w:r w:rsidRPr="008E5252">
        <w:rPr>
          <w:rFonts w:ascii="Times New Roman" w:hAnsi="Times New Roman" w:cs="Times New Roman"/>
        </w:rPr>
        <w:t>By signing below, I certify that the requested changes will not be implemented until IRB approval is received and that all information provided is accurate.</w:t>
      </w:r>
    </w:p>
    <w:p w14:paraId="7E6E4535" w14:textId="77777777" w:rsidR="008325DD" w:rsidRPr="008E5252" w:rsidRDefault="008325DD" w:rsidP="008E5252">
      <w:pPr>
        <w:pStyle w:val="NoSpacing"/>
        <w:rPr>
          <w:rFonts w:ascii="Times New Roman" w:hAnsi="Times New Roman" w:cs="Times New Roman"/>
        </w:rPr>
      </w:pPr>
    </w:p>
    <w:p w14:paraId="6762054D" w14:textId="77777777" w:rsidR="008325DD" w:rsidRPr="008E5252" w:rsidRDefault="00BC5B70" w:rsidP="008E5252">
      <w:pPr>
        <w:pStyle w:val="NoSpacing"/>
        <w:rPr>
          <w:rFonts w:ascii="Times New Roman" w:hAnsi="Times New Roman" w:cs="Times New Roman"/>
        </w:rPr>
      </w:pPr>
      <w:r w:rsidRPr="008E5252">
        <w:rPr>
          <w:rFonts w:ascii="Times New Roman" w:hAnsi="Times New Roman" w:cs="Times New Roman"/>
        </w:rPr>
        <w:t>Principal Investigator Signature: ________________________________</w:t>
      </w:r>
    </w:p>
    <w:p w14:paraId="36724F56" w14:textId="7305BE0E" w:rsidR="008325DD" w:rsidRPr="008E5252" w:rsidRDefault="00BC5B70" w:rsidP="008E5252">
      <w:pPr>
        <w:pStyle w:val="NoSpacing"/>
        <w:rPr>
          <w:rFonts w:ascii="Times New Roman" w:hAnsi="Times New Roman" w:cs="Times New Roman"/>
        </w:rPr>
      </w:pPr>
      <w:r w:rsidRPr="008E5252">
        <w:rPr>
          <w:rFonts w:ascii="Times New Roman" w:hAnsi="Times New Roman" w:cs="Times New Roman"/>
        </w:rPr>
        <w:t xml:space="preserve">Date: </w:t>
      </w:r>
      <w:sdt>
        <w:sdtPr>
          <w:rPr>
            <w:rFonts w:ascii="Times New Roman" w:hAnsi="Times New Roman" w:cs="Times New Roman"/>
          </w:rPr>
          <w:id w:val="2050496151"/>
          <w:placeholder>
            <w:docPart w:val="DefaultPlaceholder_-1854013440"/>
          </w:placeholder>
        </w:sdtPr>
        <w:sdtContent>
          <w:sdt>
            <w:sdtPr>
              <w:rPr>
                <w:rFonts w:ascii="Times New Roman" w:hAnsi="Times New Roman" w:cs="Times New Roman"/>
              </w:rPr>
              <w:id w:val="-1757197564"/>
              <w:placeholder>
                <w:docPart w:val="DefaultPlaceholder_-1854013437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Content>
              <w:r w:rsidR="00905628" w:rsidRPr="00F67619">
                <w:rPr>
                  <w:rStyle w:val="PlaceholderText"/>
                </w:rPr>
                <w:t>Click or tap to enter a date.</w:t>
              </w:r>
            </w:sdtContent>
          </w:sdt>
        </w:sdtContent>
      </w:sdt>
    </w:p>
    <w:p w14:paraId="6241474E" w14:textId="77777777" w:rsidR="00905628" w:rsidRDefault="00905628" w:rsidP="008E5252">
      <w:pPr>
        <w:pStyle w:val="NoSpacing"/>
        <w:rPr>
          <w:rFonts w:ascii="Times New Roman" w:hAnsi="Times New Roman" w:cs="Times New Roman"/>
        </w:rPr>
      </w:pPr>
    </w:p>
    <w:p w14:paraId="78E8D270" w14:textId="7B1EA8DE" w:rsidR="00760EC4" w:rsidRPr="008E5252" w:rsidRDefault="00760EC4" w:rsidP="008E5252">
      <w:pPr>
        <w:pStyle w:val="NoSpacing"/>
        <w:rPr>
          <w:rFonts w:ascii="Times New Roman" w:hAnsi="Times New Roman" w:cs="Times New Roman"/>
        </w:rPr>
      </w:pPr>
      <w:r w:rsidRPr="008E5252">
        <w:rPr>
          <w:rFonts w:ascii="Times New Roman" w:hAnsi="Times New Roman" w:cs="Times New Roman"/>
        </w:rPr>
        <w:t>Faculty Mentor Signature (if applicable): ______________________________</w:t>
      </w:r>
    </w:p>
    <w:p w14:paraId="280039E4" w14:textId="2C08108D" w:rsidR="00760EC4" w:rsidRPr="008E5252" w:rsidRDefault="00760EC4" w:rsidP="008E5252">
      <w:pPr>
        <w:pStyle w:val="NoSpacing"/>
        <w:rPr>
          <w:rFonts w:ascii="Times New Roman" w:hAnsi="Times New Roman" w:cs="Times New Roman"/>
        </w:rPr>
      </w:pPr>
      <w:r w:rsidRPr="008E5252">
        <w:rPr>
          <w:rFonts w:ascii="Times New Roman" w:hAnsi="Times New Roman" w:cs="Times New Roman"/>
        </w:rPr>
        <w:t xml:space="preserve">Date: </w:t>
      </w:r>
      <w:sdt>
        <w:sdtPr>
          <w:rPr>
            <w:rFonts w:ascii="Times New Roman" w:hAnsi="Times New Roman" w:cs="Times New Roman"/>
          </w:rPr>
          <w:id w:val="-1448155156"/>
          <w:placeholder>
            <w:docPart w:val="DefaultPlaceholder_-1854013440"/>
          </w:placeholder>
        </w:sdtPr>
        <w:sdtContent>
          <w:sdt>
            <w:sdtPr>
              <w:rPr>
                <w:rFonts w:ascii="Times New Roman" w:hAnsi="Times New Roman" w:cs="Times New Roman"/>
              </w:rPr>
              <w:id w:val="1385989027"/>
              <w:placeholder>
                <w:docPart w:val="DefaultPlaceholder_-1854013437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Content>
              <w:r w:rsidR="00905628" w:rsidRPr="00F67619">
                <w:rPr>
                  <w:rStyle w:val="PlaceholderText"/>
                </w:rPr>
                <w:t>Click or tap to enter a date.</w:t>
              </w:r>
            </w:sdtContent>
          </w:sdt>
        </w:sdtContent>
      </w:sdt>
    </w:p>
    <w:sectPr w:rsidR="00760EC4" w:rsidRPr="008E5252" w:rsidSect="008E5252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912E9" w14:textId="77777777" w:rsidR="00D43276" w:rsidRDefault="00D43276" w:rsidP="008E5252">
      <w:pPr>
        <w:spacing w:after="0" w:line="240" w:lineRule="auto"/>
      </w:pPr>
      <w:r>
        <w:separator/>
      </w:r>
    </w:p>
  </w:endnote>
  <w:endnote w:type="continuationSeparator" w:id="0">
    <w:p w14:paraId="1607B157" w14:textId="77777777" w:rsidR="00D43276" w:rsidRDefault="00D43276" w:rsidP="008E5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5CAE4" w14:textId="7E0D671A" w:rsidR="008E5252" w:rsidRPr="00C74177" w:rsidRDefault="00C74177">
    <w:pPr>
      <w:pStyle w:val="Footer"/>
      <w:rPr>
        <w:sz w:val="16"/>
        <w:szCs w:val="16"/>
      </w:rPr>
    </w:pPr>
    <w:r w:rsidRPr="00C74177">
      <w:rPr>
        <w:sz w:val="16"/>
        <w:szCs w:val="16"/>
      </w:rPr>
      <w:t>Approved 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4395D" w14:textId="3E068934" w:rsidR="008E5252" w:rsidRPr="008E5252" w:rsidRDefault="008E5252">
    <w:pPr>
      <w:pStyle w:val="Footer"/>
      <w:rPr>
        <w:sz w:val="16"/>
        <w:szCs w:val="16"/>
      </w:rPr>
    </w:pPr>
    <w:r w:rsidRPr="008E5252">
      <w:rPr>
        <w:sz w:val="16"/>
        <w:szCs w:val="16"/>
      </w:rPr>
      <w:t>Approved April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AE921" w14:textId="77777777" w:rsidR="00D43276" w:rsidRDefault="00D43276" w:rsidP="008E5252">
      <w:pPr>
        <w:spacing w:after="0" w:line="240" w:lineRule="auto"/>
      </w:pPr>
      <w:r>
        <w:separator/>
      </w:r>
    </w:p>
  </w:footnote>
  <w:footnote w:type="continuationSeparator" w:id="0">
    <w:p w14:paraId="1EDCED7D" w14:textId="77777777" w:rsidR="00D43276" w:rsidRDefault="00D43276" w:rsidP="008E52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519589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4C93B93" w14:textId="70E626C5" w:rsidR="00C74177" w:rsidRDefault="00C74177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4AC8A30" w14:textId="77777777" w:rsidR="008E5252" w:rsidRDefault="008E525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99161" w14:textId="4A9E8712" w:rsidR="008E5252" w:rsidRDefault="008E5252" w:rsidP="008E5252">
    <w:pPr>
      <w:pStyle w:val="Header"/>
      <w:jc w:val="center"/>
    </w:pPr>
    <w:r>
      <w:rPr>
        <w:noProof/>
      </w:rPr>
      <w:drawing>
        <wp:inline distT="0" distB="0" distL="0" distR="0" wp14:anchorId="684BA889" wp14:editId="2AA3025E">
          <wp:extent cx="1779905" cy="628015"/>
          <wp:effectExtent l="0" t="0" r="0" b="635"/>
          <wp:docPr id="45842674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9905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9D55FED"/>
    <w:multiLevelType w:val="multilevel"/>
    <w:tmpl w:val="B5AAC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4E10DC"/>
    <w:multiLevelType w:val="hybridMultilevel"/>
    <w:tmpl w:val="D12AB23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6029015">
    <w:abstractNumId w:val="8"/>
  </w:num>
  <w:num w:numId="2" w16cid:durableId="1436443193">
    <w:abstractNumId w:val="6"/>
  </w:num>
  <w:num w:numId="3" w16cid:durableId="1789003036">
    <w:abstractNumId w:val="5"/>
  </w:num>
  <w:num w:numId="4" w16cid:durableId="1036589041">
    <w:abstractNumId w:val="4"/>
  </w:num>
  <w:num w:numId="5" w16cid:durableId="661201119">
    <w:abstractNumId w:val="7"/>
  </w:num>
  <w:num w:numId="6" w16cid:durableId="1051465099">
    <w:abstractNumId w:val="3"/>
  </w:num>
  <w:num w:numId="7" w16cid:durableId="1928534695">
    <w:abstractNumId w:val="2"/>
  </w:num>
  <w:num w:numId="8" w16cid:durableId="514422117">
    <w:abstractNumId w:val="1"/>
  </w:num>
  <w:num w:numId="9" w16cid:durableId="562520459">
    <w:abstractNumId w:val="0"/>
  </w:num>
  <w:num w:numId="10" w16cid:durableId="986978491">
    <w:abstractNumId w:val="10"/>
  </w:num>
  <w:num w:numId="11" w16cid:durableId="19424923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3417A"/>
    <w:rsid w:val="0015074B"/>
    <w:rsid w:val="0029639D"/>
    <w:rsid w:val="002A30F4"/>
    <w:rsid w:val="002C2EFA"/>
    <w:rsid w:val="00302517"/>
    <w:rsid w:val="00326F90"/>
    <w:rsid w:val="003434FE"/>
    <w:rsid w:val="004A5507"/>
    <w:rsid w:val="004D1B66"/>
    <w:rsid w:val="00545923"/>
    <w:rsid w:val="00595B0B"/>
    <w:rsid w:val="005A3C59"/>
    <w:rsid w:val="005C7310"/>
    <w:rsid w:val="00600EC3"/>
    <w:rsid w:val="00760EC4"/>
    <w:rsid w:val="00821260"/>
    <w:rsid w:val="008325DD"/>
    <w:rsid w:val="00875565"/>
    <w:rsid w:val="008E5252"/>
    <w:rsid w:val="00905628"/>
    <w:rsid w:val="009E7286"/>
    <w:rsid w:val="00A21BC1"/>
    <w:rsid w:val="00AA1D8D"/>
    <w:rsid w:val="00AC756E"/>
    <w:rsid w:val="00AF29DA"/>
    <w:rsid w:val="00B136B0"/>
    <w:rsid w:val="00B47730"/>
    <w:rsid w:val="00B552C3"/>
    <w:rsid w:val="00BC5B70"/>
    <w:rsid w:val="00C01466"/>
    <w:rsid w:val="00C74177"/>
    <w:rsid w:val="00CB0664"/>
    <w:rsid w:val="00D43276"/>
    <w:rsid w:val="00E45338"/>
    <w:rsid w:val="00E65EF5"/>
    <w:rsid w:val="00E702AF"/>
    <w:rsid w:val="00FC693F"/>
    <w:rsid w:val="00FD0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062061"/>
  <w14:defaultImageDpi w14:val="330"/>
  <w15:docId w15:val="{F7FD19FE-B11E-498B-94EB-C06B9DB75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PlaceholderText">
    <w:name w:val="Placeholder Text"/>
    <w:basedOn w:val="DefaultParagraphFont"/>
    <w:uiPriority w:val="99"/>
    <w:semiHidden/>
    <w:rsid w:val="003434FE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A21BC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1B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8414AF-DD57-4D3A-A427-F1EF623FCD45}"/>
      </w:docPartPr>
      <w:docPartBody>
        <w:p w:rsidR="00F76E07" w:rsidRDefault="00D17705">
          <w:r w:rsidRPr="00F6761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AD6E66-942C-4EB1-83F0-1B068D9BEE50}"/>
      </w:docPartPr>
      <w:docPartBody>
        <w:p w:rsidR="00000000" w:rsidRDefault="00961050">
          <w:r w:rsidRPr="00F67619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705"/>
    <w:rsid w:val="00211380"/>
    <w:rsid w:val="005A3C59"/>
    <w:rsid w:val="00695C46"/>
    <w:rsid w:val="00961050"/>
    <w:rsid w:val="009E7286"/>
    <w:rsid w:val="00D17705"/>
    <w:rsid w:val="00F76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61050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Holt, Erin</cp:lastModifiedBy>
  <cp:revision>25</cp:revision>
  <dcterms:created xsi:type="dcterms:W3CDTF">2013-12-24T01:15:00Z</dcterms:created>
  <dcterms:modified xsi:type="dcterms:W3CDTF">2026-06-04T18:12:00Z</dcterms:modified>
  <cp:category/>
</cp:coreProperties>
</file>