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BA179" w14:textId="77777777" w:rsidR="00C54764" w:rsidRPr="00BB7D07" w:rsidRDefault="00000000" w:rsidP="00BB7D07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BB7D07">
        <w:rPr>
          <w:rFonts w:ascii="Times New Roman" w:hAnsi="Times New Roman" w:cs="Times New Roman"/>
          <w:b/>
          <w:bCs/>
        </w:rPr>
        <w:t>Avila University IRB Research Checklist (Faculty &amp; Student Guide)</w:t>
      </w:r>
    </w:p>
    <w:p w14:paraId="15E7D096" w14:textId="77777777" w:rsidR="00BB7D07" w:rsidRDefault="00BB7D07" w:rsidP="00BB7D07">
      <w:pPr>
        <w:pStyle w:val="NoSpacing"/>
        <w:rPr>
          <w:rFonts w:ascii="Times New Roman" w:hAnsi="Times New Roman" w:cs="Times New Roman"/>
        </w:rPr>
      </w:pPr>
    </w:p>
    <w:p w14:paraId="7F9E52A7" w14:textId="73E79263" w:rsidR="00C54764" w:rsidRPr="00A00E25" w:rsidRDefault="00000000" w:rsidP="00BB7D07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A00E25">
        <w:rPr>
          <w:rFonts w:ascii="Times New Roman" w:hAnsi="Times New Roman" w:cs="Times New Roman"/>
          <w:b/>
          <w:bCs/>
          <w:u w:val="single"/>
        </w:rPr>
        <w:t>Before You Begin</w:t>
      </w:r>
    </w:p>
    <w:p w14:paraId="77D5DD9B" w14:textId="7664E45B" w:rsidR="00C54764" w:rsidRPr="00BB7D07" w:rsidRDefault="00BB7D07" w:rsidP="00BB7D07">
      <w:pPr>
        <w:pStyle w:val="NoSpacing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9818025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000000" w:rsidRPr="00BB7D07">
        <w:rPr>
          <w:rFonts w:ascii="Times New Roman" w:hAnsi="Times New Roman" w:cs="Times New Roman"/>
        </w:rPr>
        <w:t xml:space="preserve">Determine whether your project involves human </w:t>
      </w:r>
      <w:proofErr w:type="gramStart"/>
      <w:r w:rsidR="00000000" w:rsidRPr="00BB7D07">
        <w:rPr>
          <w:rFonts w:ascii="Times New Roman" w:hAnsi="Times New Roman" w:cs="Times New Roman"/>
        </w:rPr>
        <w:t>subjects</w:t>
      </w:r>
      <w:proofErr w:type="gramEnd"/>
      <w:r w:rsidR="00000000" w:rsidRPr="00BB7D07">
        <w:rPr>
          <w:rFonts w:ascii="Times New Roman" w:hAnsi="Times New Roman" w:cs="Times New Roman"/>
        </w:rPr>
        <w:t xml:space="preserve"> research</w:t>
      </w:r>
    </w:p>
    <w:p w14:paraId="62A376C5" w14:textId="607CDC0F" w:rsidR="00C54764" w:rsidRPr="00BB7D07" w:rsidRDefault="00BB7D07" w:rsidP="00BB7D07">
      <w:pPr>
        <w:pStyle w:val="NoSpacing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6753004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000000" w:rsidRPr="00BB7D07">
        <w:rPr>
          <w:rFonts w:ascii="Times New Roman" w:hAnsi="Times New Roman" w:cs="Times New Roman"/>
        </w:rPr>
        <w:t>Consult the IRB if you are unsure</w:t>
      </w:r>
    </w:p>
    <w:p w14:paraId="34106053" w14:textId="72A4C217" w:rsidR="00C54764" w:rsidRPr="00BB7D07" w:rsidRDefault="00BB7D07" w:rsidP="00BB7D07">
      <w:pPr>
        <w:pStyle w:val="NoSpacing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8348063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000000" w:rsidRPr="00BB7D07">
        <w:rPr>
          <w:rFonts w:ascii="Times New Roman" w:hAnsi="Times New Roman" w:cs="Times New Roman"/>
        </w:rPr>
        <w:t>Identify a faculty sponsor (required for student researchers)</w:t>
      </w:r>
    </w:p>
    <w:p w14:paraId="37452440" w14:textId="77777777" w:rsidR="00BB7D07" w:rsidRDefault="00BB7D07" w:rsidP="00BB7D07">
      <w:pPr>
        <w:pStyle w:val="NoSpacing"/>
        <w:rPr>
          <w:rFonts w:ascii="Times New Roman" w:hAnsi="Times New Roman" w:cs="Times New Roman"/>
        </w:rPr>
      </w:pPr>
    </w:p>
    <w:p w14:paraId="734C142F" w14:textId="7939BE44" w:rsidR="00C54764" w:rsidRPr="00A00E25" w:rsidRDefault="00000000" w:rsidP="00BB7D07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A00E25">
        <w:rPr>
          <w:rFonts w:ascii="Times New Roman" w:hAnsi="Times New Roman" w:cs="Times New Roman"/>
          <w:b/>
          <w:bCs/>
          <w:u w:val="single"/>
        </w:rPr>
        <w:t>Prepare Your Submission</w:t>
      </w:r>
    </w:p>
    <w:p w14:paraId="48AF4C94" w14:textId="6C595FBC" w:rsidR="00C54764" w:rsidRPr="00BB7D07" w:rsidRDefault="00A00E25" w:rsidP="00BB7D07">
      <w:pPr>
        <w:pStyle w:val="NoSpacing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178235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000000" w:rsidRPr="00BB7D07">
        <w:rPr>
          <w:rFonts w:ascii="Times New Roman" w:hAnsi="Times New Roman" w:cs="Times New Roman"/>
        </w:rPr>
        <w:t>Complete the IRB Application</w:t>
      </w:r>
    </w:p>
    <w:p w14:paraId="0819AD33" w14:textId="3C781776" w:rsidR="00C54764" w:rsidRPr="00BB7D07" w:rsidRDefault="00A00E25" w:rsidP="00BB7D07">
      <w:pPr>
        <w:pStyle w:val="NoSpacing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8431556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000000" w:rsidRPr="00BB7D07">
        <w:rPr>
          <w:rFonts w:ascii="Times New Roman" w:hAnsi="Times New Roman" w:cs="Times New Roman"/>
        </w:rPr>
        <w:t>Prepare informed consent form(s) or consent script</w:t>
      </w:r>
    </w:p>
    <w:p w14:paraId="5C16326D" w14:textId="3AA0723E" w:rsidR="00C54764" w:rsidRPr="00BB7D07" w:rsidRDefault="00A00E25" w:rsidP="00BB7D07">
      <w:pPr>
        <w:pStyle w:val="NoSpacing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5004244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000000" w:rsidRPr="00BB7D07">
        <w:rPr>
          <w:rFonts w:ascii="Times New Roman" w:hAnsi="Times New Roman" w:cs="Times New Roman"/>
        </w:rPr>
        <w:t>Prepare recruitment materials (emails, flyers, announcements)</w:t>
      </w:r>
    </w:p>
    <w:p w14:paraId="5A996294" w14:textId="093D5833" w:rsidR="00C54764" w:rsidRPr="00BB7D07" w:rsidRDefault="00A00E25" w:rsidP="00BB7D07">
      <w:pPr>
        <w:pStyle w:val="NoSpacing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2894369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000000" w:rsidRPr="00BB7D07">
        <w:rPr>
          <w:rFonts w:ascii="Times New Roman" w:hAnsi="Times New Roman" w:cs="Times New Roman"/>
        </w:rPr>
        <w:t>Prepare research instruments (survey, interview questions, etc.)</w:t>
      </w:r>
    </w:p>
    <w:p w14:paraId="49679F95" w14:textId="65902590" w:rsidR="00C54764" w:rsidRPr="00BB7D07" w:rsidRDefault="00A00E25" w:rsidP="00BB7D07">
      <w:pPr>
        <w:pStyle w:val="NoSpacing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994581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proofErr w:type="gramStart"/>
      <w:r w:rsidR="00000000" w:rsidRPr="00BB7D07">
        <w:rPr>
          <w:rFonts w:ascii="Times New Roman" w:hAnsi="Times New Roman" w:cs="Times New Roman"/>
        </w:rPr>
        <w:t>Complete</w:t>
      </w:r>
      <w:proofErr w:type="gramEnd"/>
      <w:r w:rsidR="00000000" w:rsidRPr="00BB7D07">
        <w:rPr>
          <w:rFonts w:ascii="Times New Roman" w:hAnsi="Times New Roman" w:cs="Times New Roman"/>
        </w:rPr>
        <w:t xml:space="preserve"> required training (if applicable)</w:t>
      </w:r>
    </w:p>
    <w:p w14:paraId="1156B200" w14:textId="77777777" w:rsidR="00BB7D07" w:rsidRDefault="00BB7D07" w:rsidP="00BB7D07">
      <w:pPr>
        <w:pStyle w:val="NoSpacing"/>
        <w:rPr>
          <w:rFonts w:ascii="Times New Roman" w:hAnsi="Times New Roman" w:cs="Times New Roman"/>
        </w:rPr>
      </w:pPr>
    </w:p>
    <w:p w14:paraId="2761EC79" w14:textId="728C744D" w:rsidR="00C54764" w:rsidRPr="00A00E25" w:rsidRDefault="00000000" w:rsidP="00BB7D07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A00E25">
        <w:rPr>
          <w:rFonts w:ascii="Times New Roman" w:hAnsi="Times New Roman" w:cs="Times New Roman"/>
          <w:b/>
          <w:bCs/>
          <w:u w:val="single"/>
        </w:rPr>
        <w:t>Submit for IRB Review</w:t>
      </w:r>
    </w:p>
    <w:p w14:paraId="72B9B386" w14:textId="344BCCC9" w:rsidR="00C54764" w:rsidRPr="00BB7D07" w:rsidRDefault="00A00E25" w:rsidP="00BB7D07">
      <w:pPr>
        <w:pStyle w:val="NoSpacing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7672939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000000" w:rsidRPr="00BB7D07">
        <w:rPr>
          <w:rFonts w:ascii="Times New Roman" w:hAnsi="Times New Roman" w:cs="Times New Roman"/>
        </w:rPr>
        <w:t>Submit all required materials to the IRB</w:t>
      </w:r>
    </w:p>
    <w:p w14:paraId="59290627" w14:textId="0F6ACD69" w:rsidR="00C54764" w:rsidRPr="00BB7D07" w:rsidRDefault="00A00E25" w:rsidP="00BB7D07">
      <w:pPr>
        <w:pStyle w:val="NoSpacing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9988037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000000" w:rsidRPr="00BB7D07">
        <w:rPr>
          <w:rFonts w:ascii="Times New Roman" w:hAnsi="Times New Roman" w:cs="Times New Roman"/>
        </w:rPr>
        <w:t>Ensure your application is complete to avoid delays</w:t>
      </w:r>
    </w:p>
    <w:p w14:paraId="3E1A5F5F" w14:textId="77777777" w:rsidR="00BB7D07" w:rsidRDefault="00BB7D07" w:rsidP="00BB7D07">
      <w:pPr>
        <w:pStyle w:val="NoSpacing"/>
        <w:rPr>
          <w:rFonts w:ascii="Times New Roman" w:hAnsi="Times New Roman" w:cs="Times New Roman"/>
        </w:rPr>
      </w:pPr>
    </w:p>
    <w:p w14:paraId="15DDE45B" w14:textId="45F75F93" w:rsidR="00C54764" w:rsidRPr="00A00E25" w:rsidRDefault="00000000" w:rsidP="00BB7D07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A00E25">
        <w:rPr>
          <w:rFonts w:ascii="Times New Roman" w:hAnsi="Times New Roman" w:cs="Times New Roman"/>
          <w:b/>
          <w:bCs/>
          <w:u w:val="single"/>
        </w:rPr>
        <w:t>IRB Review Process</w:t>
      </w:r>
    </w:p>
    <w:p w14:paraId="7C8E36E5" w14:textId="2A019912" w:rsidR="00C54764" w:rsidRPr="00BB7D07" w:rsidRDefault="00A00E25" w:rsidP="00BB7D07">
      <w:pPr>
        <w:pStyle w:val="NoSpacing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9023385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000000" w:rsidRPr="00BB7D07">
        <w:rPr>
          <w:rFonts w:ascii="Times New Roman" w:hAnsi="Times New Roman" w:cs="Times New Roman"/>
        </w:rPr>
        <w:t>IRB determines level of review (Exempt, Expedited, or Convened)</w:t>
      </w:r>
    </w:p>
    <w:p w14:paraId="76DCE619" w14:textId="2F6E45C4" w:rsidR="00C54764" w:rsidRPr="00BB7D07" w:rsidRDefault="00A00E25" w:rsidP="00BB7D07">
      <w:pPr>
        <w:pStyle w:val="NoSpacing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366405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000000" w:rsidRPr="00BB7D07">
        <w:rPr>
          <w:rFonts w:ascii="Times New Roman" w:hAnsi="Times New Roman" w:cs="Times New Roman"/>
        </w:rPr>
        <w:t>Receive decision (Approved, Revisions Required, Deferred, Not Approved)</w:t>
      </w:r>
    </w:p>
    <w:p w14:paraId="1374577A" w14:textId="32977D82" w:rsidR="00C54764" w:rsidRPr="00BB7D07" w:rsidRDefault="00A00E25" w:rsidP="00BB7D07">
      <w:pPr>
        <w:pStyle w:val="NoSpacing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9687127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000000" w:rsidRPr="00BB7D07">
        <w:rPr>
          <w:rFonts w:ascii="Times New Roman" w:hAnsi="Times New Roman" w:cs="Times New Roman"/>
        </w:rPr>
        <w:t>Submit revisions if requested</w:t>
      </w:r>
    </w:p>
    <w:p w14:paraId="14F024AA" w14:textId="77777777" w:rsidR="00BB7D07" w:rsidRDefault="00BB7D07" w:rsidP="00BB7D07">
      <w:pPr>
        <w:pStyle w:val="NoSpacing"/>
        <w:rPr>
          <w:rFonts w:ascii="Times New Roman" w:hAnsi="Times New Roman" w:cs="Times New Roman"/>
        </w:rPr>
      </w:pPr>
    </w:p>
    <w:p w14:paraId="714CA9AD" w14:textId="14C9989B" w:rsidR="00C54764" w:rsidRPr="00A00E25" w:rsidRDefault="00000000" w:rsidP="00BB7D07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A00E25">
        <w:rPr>
          <w:rFonts w:ascii="Times New Roman" w:hAnsi="Times New Roman" w:cs="Times New Roman"/>
          <w:b/>
          <w:bCs/>
          <w:u w:val="single"/>
        </w:rPr>
        <w:t>Before Starting Research</w:t>
      </w:r>
    </w:p>
    <w:p w14:paraId="25164131" w14:textId="00C0E129" w:rsidR="00C54764" w:rsidRPr="00BB7D07" w:rsidRDefault="00A00E25" w:rsidP="00BB7D07">
      <w:pPr>
        <w:pStyle w:val="NoSpacing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558279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000000" w:rsidRPr="00BB7D07">
        <w:rPr>
          <w:rFonts w:ascii="Times New Roman" w:hAnsi="Times New Roman" w:cs="Times New Roman"/>
        </w:rPr>
        <w:t>Receive written IRB approval or determination</w:t>
      </w:r>
    </w:p>
    <w:p w14:paraId="61CFCBA4" w14:textId="0DC9F5AC" w:rsidR="00C54764" w:rsidRPr="00BB7D07" w:rsidRDefault="00A00E25" w:rsidP="00BB7D07">
      <w:pPr>
        <w:pStyle w:val="NoSpacing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281897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000000" w:rsidRPr="00BB7D07">
        <w:rPr>
          <w:rFonts w:ascii="Times New Roman" w:hAnsi="Times New Roman" w:cs="Times New Roman"/>
        </w:rPr>
        <w:t>Do NOT begin recruitment, consent, or data collection before approval</w:t>
      </w:r>
    </w:p>
    <w:p w14:paraId="3A1E6855" w14:textId="77777777" w:rsidR="00BB7D07" w:rsidRDefault="00BB7D07" w:rsidP="00BB7D07">
      <w:pPr>
        <w:pStyle w:val="NoSpacing"/>
        <w:rPr>
          <w:rFonts w:ascii="Times New Roman" w:hAnsi="Times New Roman" w:cs="Times New Roman"/>
        </w:rPr>
      </w:pPr>
    </w:p>
    <w:p w14:paraId="7BC4406B" w14:textId="5BBB43A1" w:rsidR="00C54764" w:rsidRPr="00A00E25" w:rsidRDefault="00000000" w:rsidP="00BB7D07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A00E25">
        <w:rPr>
          <w:rFonts w:ascii="Times New Roman" w:hAnsi="Times New Roman" w:cs="Times New Roman"/>
          <w:b/>
          <w:bCs/>
          <w:u w:val="single"/>
        </w:rPr>
        <w:t>During the Study</w:t>
      </w:r>
    </w:p>
    <w:p w14:paraId="32E85404" w14:textId="6E8B6640" w:rsidR="00C54764" w:rsidRPr="00BB7D07" w:rsidRDefault="00A00E25" w:rsidP="00BB7D07">
      <w:pPr>
        <w:pStyle w:val="NoSpacing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967991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000000" w:rsidRPr="00BB7D07">
        <w:rPr>
          <w:rFonts w:ascii="Times New Roman" w:hAnsi="Times New Roman" w:cs="Times New Roman"/>
        </w:rPr>
        <w:t>Follow the approved protocol</w:t>
      </w:r>
    </w:p>
    <w:p w14:paraId="15EBDCC5" w14:textId="2FDF5AA8" w:rsidR="00C54764" w:rsidRPr="00BB7D07" w:rsidRDefault="00A00E25" w:rsidP="00BB7D07">
      <w:pPr>
        <w:pStyle w:val="NoSpacing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3220056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000000" w:rsidRPr="00BB7D07">
        <w:rPr>
          <w:rFonts w:ascii="Times New Roman" w:hAnsi="Times New Roman" w:cs="Times New Roman"/>
        </w:rPr>
        <w:t>Protect participant privacy and confidentiality</w:t>
      </w:r>
    </w:p>
    <w:p w14:paraId="148137B4" w14:textId="58124606" w:rsidR="00C54764" w:rsidRPr="00BB7D07" w:rsidRDefault="00A00E25" w:rsidP="00BB7D07">
      <w:pPr>
        <w:pStyle w:val="NoSpacing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6649261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000000" w:rsidRPr="00BB7D07">
        <w:rPr>
          <w:rFonts w:ascii="Times New Roman" w:hAnsi="Times New Roman" w:cs="Times New Roman"/>
        </w:rPr>
        <w:t>Report any issues or concerns to the IRB</w:t>
      </w:r>
    </w:p>
    <w:p w14:paraId="3C42A877" w14:textId="75204BD7" w:rsidR="00C54764" w:rsidRPr="00BB7D07" w:rsidRDefault="00A00E25" w:rsidP="00BB7D07">
      <w:pPr>
        <w:pStyle w:val="NoSpacing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6828161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000000" w:rsidRPr="00BB7D07">
        <w:rPr>
          <w:rFonts w:ascii="Times New Roman" w:hAnsi="Times New Roman" w:cs="Times New Roman"/>
        </w:rPr>
        <w:t>Consult IRB if unsure about changes</w:t>
      </w:r>
    </w:p>
    <w:p w14:paraId="69CA6842" w14:textId="77777777" w:rsidR="00BB7D07" w:rsidRDefault="00BB7D07" w:rsidP="00BB7D07">
      <w:pPr>
        <w:pStyle w:val="NoSpacing"/>
        <w:rPr>
          <w:rFonts w:ascii="Times New Roman" w:hAnsi="Times New Roman" w:cs="Times New Roman"/>
        </w:rPr>
      </w:pPr>
    </w:p>
    <w:p w14:paraId="6445C049" w14:textId="3B954D7C" w:rsidR="00C54764" w:rsidRPr="00A00E25" w:rsidRDefault="00000000" w:rsidP="00BB7D07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A00E25">
        <w:rPr>
          <w:rFonts w:ascii="Times New Roman" w:hAnsi="Times New Roman" w:cs="Times New Roman"/>
          <w:b/>
          <w:bCs/>
          <w:u w:val="single"/>
        </w:rPr>
        <w:t>Making Changes</w:t>
      </w:r>
    </w:p>
    <w:p w14:paraId="62EE8F4D" w14:textId="153BAF28" w:rsidR="00C54764" w:rsidRPr="00BB7D07" w:rsidRDefault="00A00E25" w:rsidP="00BB7D07">
      <w:pPr>
        <w:pStyle w:val="NoSpacing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7653761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000000" w:rsidRPr="00BB7D07">
        <w:rPr>
          <w:rFonts w:ascii="Times New Roman" w:hAnsi="Times New Roman" w:cs="Times New Roman"/>
        </w:rPr>
        <w:t>Submit a Modification/Amendment Form for substantive changes</w:t>
      </w:r>
    </w:p>
    <w:p w14:paraId="74FC748E" w14:textId="78766B9E" w:rsidR="00C54764" w:rsidRPr="00BB7D07" w:rsidRDefault="00A00E25" w:rsidP="00BB7D07">
      <w:pPr>
        <w:pStyle w:val="NoSpacing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3879151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000000" w:rsidRPr="00BB7D07">
        <w:rPr>
          <w:rFonts w:ascii="Times New Roman" w:hAnsi="Times New Roman" w:cs="Times New Roman"/>
        </w:rPr>
        <w:t>Wait for IRB approval before implementing changes</w:t>
      </w:r>
    </w:p>
    <w:p w14:paraId="6D2FC68E" w14:textId="77777777" w:rsidR="00BB7D07" w:rsidRDefault="00BB7D07" w:rsidP="00BB7D07">
      <w:pPr>
        <w:pStyle w:val="NoSpacing"/>
        <w:rPr>
          <w:rFonts w:ascii="Times New Roman" w:hAnsi="Times New Roman" w:cs="Times New Roman"/>
        </w:rPr>
      </w:pPr>
    </w:p>
    <w:p w14:paraId="141067E5" w14:textId="150EA07E" w:rsidR="00C54764" w:rsidRPr="00A00E25" w:rsidRDefault="00000000" w:rsidP="00BB7D07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A00E25">
        <w:rPr>
          <w:rFonts w:ascii="Times New Roman" w:hAnsi="Times New Roman" w:cs="Times New Roman"/>
          <w:b/>
          <w:bCs/>
          <w:u w:val="single"/>
        </w:rPr>
        <w:t>Ongoing Studies</w:t>
      </w:r>
    </w:p>
    <w:p w14:paraId="546E7CDB" w14:textId="1C31ED88" w:rsidR="00C54764" w:rsidRPr="00BB7D07" w:rsidRDefault="00474238" w:rsidP="00BB7D07">
      <w:pPr>
        <w:pStyle w:val="NoSpacing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3392728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000000" w:rsidRPr="00BB7D07">
        <w:rPr>
          <w:rFonts w:ascii="Times New Roman" w:hAnsi="Times New Roman" w:cs="Times New Roman"/>
        </w:rPr>
        <w:t>Submit Study Status Update if required or requested by IRB</w:t>
      </w:r>
    </w:p>
    <w:p w14:paraId="35565ABC" w14:textId="77777777" w:rsidR="00474238" w:rsidRDefault="00474238" w:rsidP="00BB7D07">
      <w:pPr>
        <w:pStyle w:val="NoSpacing"/>
        <w:rPr>
          <w:rFonts w:ascii="Times New Roman" w:hAnsi="Times New Roman" w:cs="Times New Roman"/>
        </w:rPr>
      </w:pPr>
    </w:p>
    <w:p w14:paraId="2DB8AE08" w14:textId="4272488E" w:rsidR="00C54764" w:rsidRPr="00474238" w:rsidRDefault="00000000" w:rsidP="00BB7D07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474238">
        <w:rPr>
          <w:rFonts w:ascii="Times New Roman" w:hAnsi="Times New Roman" w:cs="Times New Roman"/>
          <w:b/>
          <w:bCs/>
          <w:u w:val="single"/>
        </w:rPr>
        <w:t>Closing Your Study</w:t>
      </w:r>
    </w:p>
    <w:p w14:paraId="20F945E5" w14:textId="0E4327A6" w:rsidR="00C54764" w:rsidRPr="00BB7D07" w:rsidRDefault="00474238" w:rsidP="00BB7D07">
      <w:pPr>
        <w:pStyle w:val="NoSpacing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821217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000000" w:rsidRPr="00BB7D07">
        <w:rPr>
          <w:rFonts w:ascii="Times New Roman" w:hAnsi="Times New Roman" w:cs="Times New Roman"/>
        </w:rPr>
        <w:t>Ensure data collection is complete</w:t>
      </w:r>
    </w:p>
    <w:p w14:paraId="15FB25A1" w14:textId="40578B93" w:rsidR="00C54764" w:rsidRPr="00BB7D07" w:rsidRDefault="00474238" w:rsidP="00BB7D07">
      <w:pPr>
        <w:pStyle w:val="NoSpacing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8806287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000000" w:rsidRPr="00BB7D07">
        <w:rPr>
          <w:rFonts w:ascii="Times New Roman" w:hAnsi="Times New Roman" w:cs="Times New Roman"/>
        </w:rPr>
        <w:t>Ensure identifiable data analysis is complete</w:t>
      </w:r>
    </w:p>
    <w:p w14:paraId="5EDF573F" w14:textId="558D134C" w:rsidR="00C54764" w:rsidRPr="00BB7D07" w:rsidRDefault="00474238" w:rsidP="00BB7D07">
      <w:pPr>
        <w:pStyle w:val="NoSpacing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7752135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000000" w:rsidRPr="00BB7D07">
        <w:rPr>
          <w:rFonts w:ascii="Times New Roman" w:hAnsi="Times New Roman" w:cs="Times New Roman"/>
        </w:rPr>
        <w:t>Submit Study Closure Form</w:t>
      </w:r>
    </w:p>
    <w:p w14:paraId="4563A8F1" w14:textId="77777777" w:rsidR="00BB7D07" w:rsidRDefault="00BB7D07" w:rsidP="00BB7D07">
      <w:pPr>
        <w:pStyle w:val="NoSpacing"/>
        <w:rPr>
          <w:rFonts w:ascii="Times New Roman" w:hAnsi="Times New Roman" w:cs="Times New Roman"/>
        </w:rPr>
      </w:pPr>
    </w:p>
    <w:sectPr w:rsidR="00BB7D07" w:rsidSect="00034616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CDD9B" w14:textId="77777777" w:rsidR="009C3A86" w:rsidRDefault="009C3A86" w:rsidP="00BB7D07">
      <w:pPr>
        <w:spacing w:after="0" w:line="240" w:lineRule="auto"/>
      </w:pPr>
      <w:r>
        <w:separator/>
      </w:r>
    </w:p>
  </w:endnote>
  <w:endnote w:type="continuationSeparator" w:id="0">
    <w:p w14:paraId="05B88358" w14:textId="77777777" w:rsidR="009C3A86" w:rsidRDefault="009C3A86" w:rsidP="00BB7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0F58B" w14:textId="555AC84E" w:rsidR="009C74B1" w:rsidRPr="009C74B1" w:rsidRDefault="009C74B1">
    <w:pPr>
      <w:pStyle w:val="Footer"/>
      <w:rPr>
        <w:sz w:val="16"/>
        <w:szCs w:val="16"/>
      </w:rPr>
    </w:pPr>
    <w:r w:rsidRPr="009C74B1">
      <w:rPr>
        <w:sz w:val="16"/>
        <w:szCs w:val="16"/>
      </w:rPr>
      <w:t>Approved April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B8C4B" w14:textId="77777777" w:rsidR="009C3A86" w:rsidRDefault="009C3A86" w:rsidP="00BB7D07">
      <w:pPr>
        <w:spacing w:after="0" w:line="240" w:lineRule="auto"/>
      </w:pPr>
      <w:r>
        <w:separator/>
      </w:r>
    </w:p>
  </w:footnote>
  <w:footnote w:type="continuationSeparator" w:id="0">
    <w:p w14:paraId="014E5314" w14:textId="77777777" w:rsidR="009C3A86" w:rsidRDefault="009C3A86" w:rsidP="00BB7D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D51E5" w14:textId="1137EC49" w:rsidR="00BB7D07" w:rsidRPr="00BB7D07" w:rsidRDefault="00BB7D07" w:rsidP="00BB7D07">
    <w:pPr>
      <w:pStyle w:val="Header"/>
      <w:jc w:val="center"/>
    </w:pPr>
    <w:r w:rsidRPr="00BB7D07">
      <w:drawing>
        <wp:inline distT="0" distB="0" distL="0" distR="0" wp14:anchorId="15271AD6" wp14:editId="2C592B87">
          <wp:extent cx="1692322" cy="595055"/>
          <wp:effectExtent l="0" t="0" r="3175" b="0"/>
          <wp:docPr id="198152455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2977" cy="6023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C94F0C" w14:textId="77777777" w:rsidR="00BB7D07" w:rsidRDefault="00BB7D07" w:rsidP="00BB7D0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36579799">
    <w:abstractNumId w:val="8"/>
  </w:num>
  <w:num w:numId="2" w16cid:durableId="1717200800">
    <w:abstractNumId w:val="6"/>
  </w:num>
  <w:num w:numId="3" w16cid:durableId="991103465">
    <w:abstractNumId w:val="5"/>
  </w:num>
  <w:num w:numId="4" w16cid:durableId="1919364804">
    <w:abstractNumId w:val="4"/>
  </w:num>
  <w:num w:numId="5" w16cid:durableId="326982809">
    <w:abstractNumId w:val="7"/>
  </w:num>
  <w:num w:numId="6" w16cid:durableId="2108844706">
    <w:abstractNumId w:val="3"/>
  </w:num>
  <w:num w:numId="7" w16cid:durableId="1151291678">
    <w:abstractNumId w:val="2"/>
  </w:num>
  <w:num w:numId="8" w16cid:durableId="2133933664">
    <w:abstractNumId w:val="1"/>
  </w:num>
  <w:num w:numId="9" w16cid:durableId="399671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74238"/>
    <w:rsid w:val="005A3C59"/>
    <w:rsid w:val="009C3A86"/>
    <w:rsid w:val="009C74B1"/>
    <w:rsid w:val="00A00E25"/>
    <w:rsid w:val="00AA1D8D"/>
    <w:rsid w:val="00B47730"/>
    <w:rsid w:val="00BB7D07"/>
    <w:rsid w:val="00C54764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B6E64E4C-049C-4120-9683-A1DF0574B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Holt, Erin</cp:lastModifiedBy>
  <cp:revision>5</cp:revision>
  <dcterms:created xsi:type="dcterms:W3CDTF">2013-12-23T23:15:00Z</dcterms:created>
  <dcterms:modified xsi:type="dcterms:W3CDTF">2026-06-04T18:16:00Z</dcterms:modified>
  <cp:category/>
</cp:coreProperties>
</file>