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2CA4" w14:textId="77777777" w:rsidR="0013114D" w:rsidRPr="0021093C" w:rsidRDefault="00535AAA" w:rsidP="0021093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21093C">
        <w:rPr>
          <w:rFonts w:ascii="Times New Roman" w:hAnsi="Times New Roman" w:cs="Times New Roman"/>
          <w:b/>
          <w:bCs/>
        </w:rPr>
        <w:t>Avila University IRB Application</w:t>
      </w:r>
      <w:r w:rsidRPr="0021093C">
        <w:rPr>
          <w:rFonts w:ascii="Times New Roman" w:hAnsi="Times New Roman" w:cs="Times New Roman"/>
          <w:b/>
          <w:bCs/>
        </w:rPr>
        <w:br/>
        <w:t>(Human Subjects Research)</w:t>
      </w:r>
    </w:p>
    <w:p w14:paraId="502481B9" w14:textId="77777777" w:rsidR="00FD0A0A" w:rsidRDefault="00FD0A0A" w:rsidP="0021093C">
      <w:pPr>
        <w:pStyle w:val="NoSpacing"/>
        <w:rPr>
          <w:rFonts w:ascii="Times New Roman" w:hAnsi="Times New Roman" w:cs="Times New Roman"/>
        </w:rPr>
      </w:pPr>
    </w:p>
    <w:p w14:paraId="5EBB084D" w14:textId="6782DB23" w:rsidR="00A73302" w:rsidRDefault="00FD0A0A" w:rsidP="0021093C">
      <w:pPr>
        <w:pStyle w:val="NoSpacing"/>
        <w:rPr>
          <w:rFonts w:ascii="Times New Roman" w:hAnsi="Times New Roman" w:cs="Times New Roman"/>
        </w:rPr>
      </w:pPr>
      <w:r w:rsidRPr="00FD0A0A">
        <w:rPr>
          <w:rFonts w:ascii="Times New Roman" w:hAnsi="Times New Roman" w:cs="Times New Roman"/>
        </w:rPr>
        <w:t>In alignment with the core values and mission of Avila University, the I</w:t>
      </w:r>
      <w:r>
        <w:rPr>
          <w:rFonts w:ascii="Times New Roman" w:hAnsi="Times New Roman" w:cs="Times New Roman"/>
        </w:rPr>
        <w:t xml:space="preserve">nstitutional </w:t>
      </w:r>
      <w:r w:rsidRPr="00FD0A0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eview </w:t>
      </w:r>
      <w:r w:rsidRPr="00FD0A0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oard (IRB)</w:t>
      </w:r>
      <w:r w:rsidRPr="00FD0A0A">
        <w:rPr>
          <w:rFonts w:ascii="Times New Roman" w:hAnsi="Times New Roman" w:cs="Times New Roman"/>
        </w:rPr>
        <w:t xml:space="preserve"> is responsible for safeguarding the rights, dignity, and welfare of all individuals participating in research projects. All research involving human participants conducted by Avila faculty, staff, or students—or carried out under </w:t>
      </w:r>
      <w:proofErr w:type="gramStart"/>
      <w:r w:rsidRPr="00FD0A0A">
        <w:rPr>
          <w:rFonts w:ascii="Times New Roman" w:hAnsi="Times New Roman" w:cs="Times New Roman"/>
        </w:rPr>
        <w:t>University</w:t>
      </w:r>
      <w:proofErr w:type="gramEnd"/>
      <w:r w:rsidRPr="00FD0A0A">
        <w:rPr>
          <w:rFonts w:ascii="Times New Roman" w:hAnsi="Times New Roman" w:cs="Times New Roman"/>
        </w:rPr>
        <w:t xml:space="preserve"> auspices—must receive formal IRB approval before any data collection begins. No research activities, recruitment, or participant interactions may start without an official favorable decision letter from the IRB Chair.</w:t>
      </w:r>
    </w:p>
    <w:p w14:paraId="7ADEB202" w14:textId="77777777" w:rsidR="00FD0A0A" w:rsidRDefault="00FD0A0A" w:rsidP="0021093C">
      <w:pPr>
        <w:pStyle w:val="NoSpacing"/>
        <w:rPr>
          <w:rFonts w:ascii="Times New Roman" w:hAnsi="Times New Roman" w:cs="Times New Roman"/>
        </w:rPr>
      </w:pPr>
    </w:p>
    <w:p w14:paraId="18295EDE" w14:textId="77777777" w:rsidR="00FD0A0A" w:rsidRDefault="00FD0A0A" w:rsidP="0021093C">
      <w:pPr>
        <w:pStyle w:val="NoSpacing"/>
        <w:rPr>
          <w:rFonts w:ascii="Times New Roman" w:hAnsi="Times New Roman" w:cs="Times New Roman"/>
        </w:rPr>
      </w:pPr>
    </w:p>
    <w:p w14:paraId="6CBC2DEC" w14:textId="017ACA99" w:rsidR="0013114D" w:rsidRPr="00A73302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A73302">
        <w:rPr>
          <w:rFonts w:ascii="Times New Roman" w:hAnsi="Times New Roman" w:cs="Times New Roman"/>
          <w:b/>
          <w:bCs/>
          <w:u w:val="single"/>
        </w:rPr>
        <w:t>SECTION 1: General Study Information</w:t>
      </w:r>
    </w:p>
    <w:p w14:paraId="0A3AAD46" w14:textId="251BA72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1. Project Title: </w:t>
      </w:r>
      <w:sdt>
        <w:sdtPr>
          <w:rPr>
            <w:rFonts w:ascii="Times New Roman" w:hAnsi="Times New Roman" w:cs="Times New Roman"/>
          </w:rPr>
          <w:id w:val="1826630313"/>
          <w:placeholder>
            <w:docPart w:val="EF699B565AD7408BB583E6AA7A75EBB4"/>
          </w:placeholder>
          <w:showingPlcHdr/>
        </w:sdtPr>
        <w:sdtContent>
          <w:r w:rsidR="00073ABE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25E0677" w14:textId="77777777" w:rsidR="00A73302" w:rsidRDefault="00A73302" w:rsidP="0021093C">
      <w:pPr>
        <w:pStyle w:val="NoSpacing"/>
        <w:rPr>
          <w:rFonts w:ascii="Times New Roman" w:hAnsi="Times New Roman" w:cs="Times New Roman"/>
        </w:rPr>
      </w:pPr>
    </w:p>
    <w:p w14:paraId="081617B2" w14:textId="483A5F12" w:rsidR="0013114D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2. Principal Investigator</w:t>
      </w:r>
      <w:r w:rsidR="00D426ED" w:rsidRPr="0021093C">
        <w:rPr>
          <w:rFonts w:ascii="Times New Roman" w:hAnsi="Times New Roman" w:cs="Times New Roman"/>
        </w:rPr>
        <w:t>(s)</w:t>
      </w:r>
      <w:r w:rsidRPr="0021093C">
        <w:rPr>
          <w:rFonts w:ascii="Times New Roman" w:hAnsi="Times New Roman" w:cs="Times New Roman"/>
        </w:rPr>
        <w:t xml:space="preserve"> (PI): </w:t>
      </w:r>
      <w:sdt>
        <w:sdtPr>
          <w:rPr>
            <w:rFonts w:ascii="Times New Roman" w:hAnsi="Times New Roman" w:cs="Times New Roman"/>
          </w:rPr>
          <w:id w:val="-1027399624"/>
          <w:placeholder>
            <w:docPart w:val="3AC143E4DA6045B098F6DC8A120C6514"/>
          </w:placeholder>
          <w:showingPlcHdr/>
        </w:sdtPr>
        <w:sdtContent>
          <w:r w:rsidR="00073ABE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EAD040C" w14:textId="77777777" w:rsidR="00A73302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  </w:t>
      </w:r>
    </w:p>
    <w:p w14:paraId="71F9EDAB" w14:textId="5E1184CA" w:rsidR="00322223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Avila Affiliation</w:t>
      </w:r>
      <w:r w:rsidR="00A73302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-1033034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6ED"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17BD9ADB" w:rsidRPr="0021093C">
        <w:rPr>
          <w:rFonts w:ascii="Times New Roman" w:hAnsi="Times New Roman" w:cs="Times New Roman"/>
        </w:rPr>
        <w:t xml:space="preserve"> Yes   </w:t>
      </w:r>
      <w:r w:rsidR="00535AAA" w:rsidRPr="0021093C">
        <w:rPr>
          <w:rFonts w:ascii="Times New Roman" w:hAnsi="Times New Roman" w:cs="Times New Roman"/>
        </w:rPr>
        <w:tab/>
      </w:r>
      <w:r w:rsidR="17BD9ADB" w:rsidRPr="0021093C">
        <w:rPr>
          <w:rFonts w:ascii="Times New Roman" w:hAnsi="Times New Roman" w:cs="Times New Roman"/>
        </w:rPr>
        <w:t>Role</w:t>
      </w:r>
      <w:r w:rsidR="00B81CB1" w:rsidRPr="0021093C">
        <w:rPr>
          <w:rFonts w:ascii="Times New Roman" w:hAnsi="Times New Roman" w:cs="Times New Roman"/>
        </w:rPr>
        <w:t>:</w:t>
      </w:r>
      <w:r w:rsidR="005E0637" w:rsidRPr="0021093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434894379"/>
          <w:placeholder>
            <w:docPart w:val="DefaultPlaceholder_-1854013438"/>
          </w:placeholder>
          <w:showingPlcHdr/>
          <w:dropDownList>
            <w:listItem w:displayText="Student" w:value="Student"/>
            <w:listItem w:displayText="Faculty" w:value="Faculty"/>
            <w:listItem w:displayText="Staff" w:value="Staff"/>
          </w:dropDownList>
        </w:sdtPr>
        <w:sdtContent>
          <w:r w:rsidR="00951BF5" w:rsidRPr="0021093C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r w:rsidR="00B81CB1" w:rsidRPr="0021093C">
        <w:rPr>
          <w:rFonts w:ascii="Times New Roman" w:hAnsi="Times New Roman" w:cs="Times New Roman"/>
        </w:rPr>
        <w:tab/>
      </w:r>
      <w:r w:rsidR="00535AAA" w:rsidRPr="0021093C">
        <w:rPr>
          <w:rFonts w:ascii="Times New Roman" w:hAnsi="Times New Roman" w:cs="Times New Roman"/>
        </w:rPr>
        <w:tab/>
      </w:r>
      <w:r w:rsidR="00535AAA" w:rsidRPr="0021093C">
        <w:rPr>
          <w:rFonts w:ascii="Times New Roman" w:hAnsi="Times New Roman" w:cs="Times New Roman"/>
        </w:rPr>
        <w:tab/>
      </w:r>
    </w:p>
    <w:p w14:paraId="5297C328" w14:textId="6D791C58" w:rsidR="0013114D" w:rsidRPr="0021093C" w:rsidRDefault="17BD9ADB" w:rsidP="00A73302">
      <w:pPr>
        <w:pStyle w:val="NoSpacing"/>
        <w:ind w:left="1680"/>
        <w:rPr>
          <w:rFonts w:ascii="Times New Roman" w:hAnsi="Times New Roman" w:cs="Times New Roman"/>
        </w:rPr>
      </w:pPr>
      <w:r w:rsidRPr="0021093C">
        <w:rPr>
          <w:rFonts w:ascii="Segoe UI Symbol" w:hAnsi="Segoe UI Symbol" w:cs="Segoe UI Symbol"/>
        </w:rPr>
        <w:t>☐</w:t>
      </w:r>
      <w:r w:rsidRPr="0021093C">
        <w:rPr>
          <w:rFonts w:ascii="Times New Roman" w:hAnsi="Times New Roman" w:cs="Times New Roman"/>
        </w:rPr>
        <w:t xml:space="preserve"> No</w:t>
      </w:r>
      <w:r w:rsidR="00322223" w:rsidRPr="0021093C">
        <w:rPr>
          <w:rFonts w:ascii="Times New Roman" w:hAnsi="Times New Roman" w:cs="Times New Roman"/>
        </w:rPr>
        <w:t xml:space="preserve">, </w:t>
      </w:r>
      <w:r w:rsidR="004C4705" w:rsidRPr="0021093C">
        <w:rPr>
          <w:rFonts w:ascii="Times New Roman" w:hAnsi="Times New Roman" w:cs="Times New Roman"/>
        </w:rPr>
        <w:t xml:space="preserve">I’m seeking approval to use </w:t>
      </w:r>
      <w:r w:rsidR="00CA605E" w:rsidRPr="0021093C">
        <w:rPr>
          <w:rFonts w:ascii="Times New Roman" w:hAnsi="Times New Roman" w:cs="Times New Roman"/>
        </w:rPr>
        <w:t xml:space="preserve">Avila students, faculty, or staff in my research. Explain: </w:t>
      </w:r>
      <w:r w:rsidR="00322223" w:rsidRPr="0021093C">
        <w:rPr>
          <w:rFonts w:ascii="Times New Roman" w:hAnsi="Times New Roman" w:cs="Times New Roman"/>
        </w:rPr>
        <w:t xml:space="preserve"> </w:t>
      </w:r>
      <w:r w:rsidR="00951BF5" w:rsidRPr="0021093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Explain your role"/>
          <w:tag w:val="Explain your role"/>
          <w:id w:val="903260897"/>
          <w:placeholder>
            <w:docPart w:val="DefaultPlaceholder_-1854013440"/>
          </w:placeholder>
          <w:showingPlcHdr/>
        </w:sdtPr>
        <w:sdtContent>
          <w:r w:rsidR="00951BF5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A0DFC5D" w14:textId="77777777" w:rsidR="00A73302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 </w:t>
      </w:r>
    </w:p>
    <w:p w14:paraId="2326B7EA" w14:textId="195677D0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</w:t>
      </w:r>
      <w:r w:rsidR="00A73302">
        <w:rPr>
          <w:rFonts w:ascii="Times New Roman" w:hAnsi="Times New Roman" w:cs="Times New Roman"/>
        </w:rPr>
        <w:tab/>
      </w:r>
      <w:r w:rsidRPr="0021093C">
        <w:rPr>
          <w:rFonts w:ascii="Times New Roman" w:hAnsi="Times New Roman" w:cs="Times New Roman"/>
        </w:rPr>
        <w:t xml:space="preserve">Department/Program: </w:t>
      </w:r>
      <w:sdt>
        <w:sdtPr>
          <w:rPr>
            <w:rFonts w:ascii="Times New Roman" w:hAnsi="Times New Roman" w:cs="Times New Roman"/>
          </w:rPr>
          <w:id w:val="50889337"/>
          <w:placeholder>
            <w:docPart w:val="DefaultPlaceholder_-1854013440"/>
          </w:placeholder>
          <w:showingPlcHdr/>
        </w:sdtPr>
        <w:sdtContent>
          <w:r w:rsidR="008B39F6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F8A894B" w14:textId="026FA957" w:rsidR="000A071E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</w:t>
      </w:r>
      <w:r w:rsidRPr="0021093C">
        <w:rPr>
          <w:rFonts w:ascii="Times New Roman" w:hAnsi="Times New Roman" w:cs="Times New Roman"/>
        </w:rPr>
        <w:t xml:space="preserve">  </w:t>
      </w:r>
      <w:r w:rsidR="00A73302">
        <w:rPr>
          <w:rFonts w:ascii="Times New Roman" w:hAnsi="Times New Roman" w:cs="Times New Roman"/>
        </w:rPr>
        <w:tab/>
      </w:r>
      <w:r w:rsidRPr="0021093C">
        <w:rPr>
          <w:rFonts w:ascii="Times New Roman" w:hAnsi="Times New Roman" w:cs="Times New Roman"/>
        </w:rPr>
        <w:t xml:space="preserve">Email:    </w:t>
      </w:r>
      <w:sdt>
        <w:sdtPr>
          <w:rPr>
            <w:rFonts w:ascii="Times New Roman" w:hAnsi="Times New Roman" w:cs="Times New Roman"/>
          </w:rPr>
          <w:id w:val="-1600710136"/>
          <w:placeholder>
            <w:docPart w:val="DefaultPlaceholder_-1854013440"/>
          </w:placeholder>
          <w:showingPlcHdr/>
        </w:sdtPr>
        <w:sdtContent>
          <w:r w:rsidR="008B39F6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F6A5271" w14:textId="10C02036" w:rsidR="0013114D" w:rsidRPr="0021093C" w:rsidRDefault="000A071E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 </w:t>
      </w:r>
      <w:r w:rsidR="00A73302">
        <w:rPr>
          <w:rFonts w:ascii="Times New Roman" w:hAnsi="Times New Roman" w:cs="Times New Roman"/>
        </w:rPr>
        <w:tab/>
      </w:r>
      <w:r w:rsidRPr="0021093C">
        <w:rPr>
          <w:rFonts w:ascii="Times New Roman" w:hAnsi="Times New Roman" w:cs="Times New Roman"/>
        </w:rPr>
        <w:t xml:space="preserve"> Phone (optional): </w:t>
      </w:r>
      <w:sdt>
        <w:sdtPr>
          <w:rPr>
            <w:rFonts w:ascii="Times New Roman" w:hAnsi="Times New Roman" w:cs="Times New Roman"/>
          </w:rPr>
          <w:id w:val="549737760"/>
          <w:placeholder>
            <w:docPart w:val="DefaultPlaceholder_-1854013440"/>
          </w:placeholder>
          <w:showingPlcHdr/>
        </w:sdtPr>
        <w:sdtContent>
          <w:r w:rsidR="008B39F6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B330468" w14:textId="77777777" w:rsidR="00A73302" w:rsidRDefault="00A73302" w:rsidP="0021093C">
      <w:pPr>
        <w:pStyle w:val="NoSpacing"/>
        <w:rPr>
          <w:rFonts w:ascii="Times New Roman" w:hAnsi="Times New Roman" w:cs="Times New Roman"/>
        </w:rPr>
      </w:pPr>
    </w:p>
    <w:p w14:paraId="4CE98900" w14:textId="3EA7173B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3. If student researcher, Faculty Sponsor/Mentor (required): </w:t>
      </w:r>
      <w:sdt>
        <w:sdtPr>
          <w:rPr>
            <w:rFonts w:ascii="Times New Roman" w:hAnsi="Times New Roman" w:cs="Times New Roman"/>
          </w:rPr>
          <w:id w:val="1208069516"/>
          <w:placeholder>
            <w:docPart w:val="DefaultPlaceholder_-1854013440"/>
          </w:placeholder>
          <w:showingPlcHdr/>
        </w:sdtPr>
        <w:sdtContent>
          <w:r w:rsidR="008B39F6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6399792" w14:textId="31D61DDA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 </w:t>
      </w:r>
      <w:r w:rsidR="007B732B">
        <w:rPr>
          <w:rFonts w:ascii="Times New Roman" w:hAnsi="Times New Roman" w:cs="Times New Roman"/>
        </w:rPr>
        <w:tab/>
      </w:r>
      <w:r w:rsidRPr="0021093C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-336079800"/>
          <w:placeholder>
            <w:docPart w:val="DefaultPlaceholder_-1854013440"/>
          </w:placeholder>
          <w:showingPlcHdr/>
        </w:sdtPr>
        <w:sdtContent>
          <w:r w:rsidR="008B39F6"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25D0926" w14:textId="77777777" w:rsidR="007B732B" w:rsidRDefault="007B732B" w:rsidP="0021093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58C5349F" w14:textId="7E440411" w:rsidR="00FA3D39" w:rsidRPr="0021093C" w:rsidRDefault="00683FF6" w:rsidP="007B732B">
      <w:pPr>
        <w:pStyle w:val="NoSpacing"/>
        <w:ind w:left="720"/>
        <w:rPr>
          <w:rFonts w:ascii="Times New Roman" w:hAnsi="Times New Roman" w:cs="Times New Roman"/>
          <w:i/>
          <w:iCs/>
          <w:sz w:val="20"/>
          <w:szCs w:val="20"/>
        </w:rPr>
      </w:pPr>
      <w:r w:rsidRPr="0021093C">
        <w:rPr>
          <w:rFonts w:ascii="Times New Roman" w:hAnsi="Times New Roman" w:cs="Times New Roman"/>
          <w:i/>
          <w:iCs/>
          <w:sz w:val="20"/>
          <w:szCs w:val="20"/>
        </w:rPr>
        <w:t>Student researchers are expected to work closely with their faculty sponsor</w:t>
      </w:r>
      <w:r w:rsidR="003705DF" w:rsidRPr="0021093C">
        <w:rPr>
          <w:rFonts w:ascii="Times New Roman" w:hAnsi="Times New Roman" w:cs="Times New Roman"/>
          <w:i/>
          <w:iCs/>
          <w:sz w:val="20"/>
          <w:szCs w:val="20"/>
        </w:rPr>
        <w:t>/mentor</w:t>
      </w:r>
      <w:r w:rsidRPr="0021093C">
        <w:rPr>
          <w:rFonts w:ascii="Times New Roman" w:hAnsi="Times New Roman" w:cs="Times New Roman"/>
          <w:i/>
          <w:iCs/>
          <w:sz w:val="20"/>
          <w:szCs w:val="20"/>
        </w:rPr>
        <w:t xml:space="preserve"> throughout the IRB process, including application development and any required revisions.</w:t>
      </w:r>
    </w:p>
    <w:p w14:paraId="7DAEDB3D" w14:textId="77777777" w:rsidR="007B732B" w:rsidRDefault="007B732B" w:rsidP="0021093C">
      <w:pPr>
        <w:pStyle w:val="NoSpacing"/>
        <w:rPr>
          <w:rFonts w:ascii="Times New Roman" w:hAnsi="Times New Roman" w:cs="Times New Roman"/>
        </w:rPr>
      </w:pPr>
    </w:p>
    <w:p w14:paraId="05A31C28" w14:textId="1634ABC8" w:rsidR="005408D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4. Project Start Date (estimated):</w:t>
      </w:r>
      <w:r w:rsidR="003705DF" w:rsidRPr="0021093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375073885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</w:rPr>
              <w:id w:val="-123230706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5408DD" w:rsidRPr="0021093C">
                <w:rPr>
                  <w:rStyle w:val="PlaceholderText"/>
                  <w:rFonts w:ascii="Times New Roman" w:hAnsi="Times New Roman" w:cs="Times New Roman"/>
                </w:rPr>
                <w:t>Click or tap to enter a date.</w:t>
              </w:r>
            </w:sdtContent>
          </w:sdt>
        </w:sdtContent>
      </w:sdt>
      <w:r w:rsidR="00170BEB" w:rsidRPr="0021093C">
        <w:rPr>
          <w:rFonts w:ascii="Times New Roman" w:hAnsi="Times New Roman" w:cs="Times New Roman"/>
        </w:rPr>
        <w:tab/>
      </w:r>
      <w:r w:rsidRPr="0021093C">
        <w:rPr>
          <w:rFonts w:ascii="Times New Roman" w:hAnsi="Times New Roman" w:cs="Times New Roman"/>
        </w:rPr>
        <w:t xml:space="preserve"> </w:t>
      </w:r>
    </w:p>
    <w:p w14:paraId="5A789C52" w14:textId="7E4AAC7A" w:rsidR="0013114D" w:rsidRPr="0021093C" w:rsidRDefault="005408DD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  </w:t>
      </w:r>
      <w:r w:rsidR="00535AAA" w:rsidRPr="0021093C">
        <w:rPr>
          <w:rFonts w:ascii="Times New Roman" w:hAnsi="Times New Roman" w:cs="Times New Roman"/>
        </w:rPr>
        <w:t xml:space="preserve"> </w:t>
      </w:r>
      <w:r w:rsidR="007B732B">
        <w:rPr>
          <w:rFonts w:ascii="Times New Roman" w:hAnsi="Times New Roman" w:cs="Times New Roman"/>
        </w:rPr>
        <w:tab/>
        <w:t xml:space="preserve">  </w:t>
      </w:r>
      <w:r w:rsidR="00106EE0">
        <w:rPr>
          <w:rFonts w:ascii="Times New Roman" w:hAnsi="Times New Roman" w:cs="Times New Roman"/>
        </w:rPr>
        <w:t xml:space="preserve"> </w:t>
      </w:r>
      <w:r w:rsidR="00535AAA" w:rsidRPr="0021093C">
        <w:rPr>
          <w:rFonts w:ascii="Times New Roman" w:hAnsi="Times New Roman" w:cs="Times New Roman"/>
        </w:rPr>
        <w:t xml:space="preserve">End Date (estimated): </w:t>
      </w:r>
      <w:sdt>
        <w:sdtPr>
          <w:rPr>
            <w:rFonts w:ascii="Times New Roman" w:hAnsi="Times New Roman" w:cs="Times New Roman"/>
          </w:rPr>
          <w:id w:val="1408578350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</w:rPr>
              <w:id w:val="-81311029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Pr="0021093C">
                <w:rPr>
                  <w:rStyle w:val="PlaceholderText"/>
                  <w:rFonts w:ascii="Times New Roman" w:hAnsi="Times New Roman" w:cs="Times New Roman"/>
                </w:rPr>
                <w:t>Click or tap to enter a date.</w:t>
              </w:r>
            </w:sdtContent>
          </w:sdt>
        </w:sdtContent>
      </w:sdt>
      <w:r w:rsidR="00170BEB" w:rsidRPr="0021093C">
        <w:rPr>
          <w:rFonts w:ascii="Times New Roman" w:hAnsi="Times New Roman" w:cs="Times New Roman"/>
        </w:rPr>
        <w:tab/>
      </w:r>
    </w:p>
    <w:p w14:paraId="3480E065" w14:textId="77777777" w:rsidR="00106EE0" w:rsidRDefault="00106EE0" w:rsidP="0021093C">
      <w:pPr>
        <w:pStyle w:val="NoSpacing"/>
        <w:rPr>
          <w:rFonts w:ascii="Times New Roman" w:hAnsi="Times New Roman" w:cs="Times New Roman"/>
        </w:rPr>
      </w:pPr>
    </w:p>
    <w:p w14:paraId="6011DF49" w14:textId="11C7AE92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5. Location(s) where the research will occur (campus, online, community site, etc.): </w:t>
      </w:r>
      <w:r w:rsidR="008E615B" w:rsidRPr="0021093C">
        <w:rPr>
          <w:rFonts w:ascii="Times New Roman" w:hAnsi="Times New Roman" w:cs="Times New Roman"/>
        </w:rPr>
        <w:t xml:space="preserve">    </w:t>
      </w:r>
    </w:p>
    <w:sdt>
      <w:sdtPr>
        <w:rPr>
          <w:rFonts w:ascii="Times New Roman" w:hAnsi="Times New Roman" w:cs="Times New Roman"/>
        </w:rPr>
        <w:id w:val="-1237785219"/>
        <w:placeholder>
          <w:docPart w:val="DefaultPlaceholder_-1854013440"/>
        </w:placeholder>
        <w:showingPlcHdr/>
      </w:sdtPr>
      <w:sdtContent>
        <w:p w14:paraId="5201A4C8" w14:textId="28C89412" w:rsidR="005408DD" w:rsidRPr="0021093C" w:rsidRDefault="005408DD" w:rsidP="0021093C">
          <w:pPr>
            <w:pStyle w:val="NoSpacing"/>
            <w:rPr>
              <w:rFonts w:ascii="Times New Roman" w:hAnsi="Times New Roman" w:cs="Times New Roman"/>
            </w:rPr>
          </w:pPr>
          <w:r w:rsidRPr="0021093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sdtContent>
    </w:sdt>
    <w:p w14:paraId="442CEDCC" w14:textId="77777777" w:rsidR="00170BEB" w:rsidRPr="0021093C" w:rsidRDefault="00170BEB" w:rsidP="0021093C">
      <w:pPr>
        <w:pStyle w:val="NoSpacing"/>
        <w:rPr>
          <w:rFonts w:ascii="Times New Roman" w:hAnsi="Times New Roman" w:cs="Times New Roman"/>
        </w:rPr>
      </w:pPr>
    </w:p>
    <w:p w14:paraId="6DDF748B" w14:textId="77777777" w:rsidR="005408DD" w:rsidRPr="0021093C" w:rsidRDefault="005408DD" w:rsidP="0021093C">
      <w:pPr>
        <w:pStyle w:val="NoSpacing"/>
        <w:rPr>
          <w:rFonts w:ascii="Times New Roman" w:hAnsi="Times New Roman" w:cs="Times New Roman"/>
        </w:rPr>
      </w:pPr>
    </w:p>
    <w:p w14:paraId="28AFEA22" w14:textId="77777777" w:rsidR="0013114D" w:rsidRPr="00106EE0" w:rsidRDefault="65EDA944" w:rsidP="0021093C">
      <w:pPr>
        <w:pStyle w:val="NoSpacing"/>
        <w:rPr>
          <w:rFonts w:ascii="Times New Roman" w:hAnsi="Times New Roman" w:cs="Times New Roman"/>
          <w:b/>
          <w:u w:val="single"/>
        </w:rPr>
      </w:pPr>
      <w:r w:rsidRPr="00106EE0">
        <w:rPr>
          <w:rFonts w:ascii="Times New Roman" w:hAnsi="Times New Roman" w:cs="Times New Roman"/>
          <w:b/>
          <w:u w:val="single"/>
        </w:rPr>
        <w:t>SECTION 2: Project Type and IRB Determination Request</w:t>
      </w:r>
    </w:p>
    <w:p w14:paraId="03226BC4" w14:textId="6DC16EBA" w:rsidR="73838B14" w:rsidRDefault="73838B14" w:rsidP="0021093C">
      <w:pPr>
        <w:pStyle w:val="NoSpacing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1093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Note:</w:t>
      </w:r>
      <w:r w:rsidRPr="0021093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This form is used for new study submissions and continuing review requests. For modifications (amendments) or study closure, please use the corresponding IRB forms.</w:t>
      </w:r>
    </w:p>
    <w:p w14:paraId="1943CA97" w14:textId="77777777" w:rsidR="00106EE0" w:rsidRPr="0021093C" w:rsidRDefault="00106EE0" w:rsidP="0021093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7FB5E26E" w14:textId="7777777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6. Check one:</w:t>
      </w:r>
    </w:p>
    <w:p w14:paraId="7F586C55" w14:textId="76A60CA3" w:rsidR="0013114D" w:rsidRPr="0021093C" w:rsidRDefault="004E6BFA" w:rsidP="00106EE0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14253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EE0">
            <w:rPr>
              <w:rFonts w:ascii="MS Gothic" w:eastAsia="MS Gothic" w:hAnsi="MS Gothic" w:cs="Times New Roman" w:hint="eastAsia"/>
            </w:rPr>
            <w:t>☐</w:t>
          </w:r>
        </w:sdtContent>
      </w:sdt>
      <w:r w:rsidR="65EDA944" w:rsidRPr="0021093C">
        <w:rPr>
          <w:rFonts w:ascii="Times New Roman" w:hAnsi="Times New Roman" w:cs="Times New Roman"/>
        </w:rPr>
        <w:t xml:space="preserve"> New study submission</w:t>
      </w:r>
    </w:p>
    <w:p w14:paraId="7E40E872" w14:textId="47512BBF" w:rsidR="0013114D" w:rsidRPr="0021093C" w:rsidRDefault="004E6BFA" w:rsidP="00106EE0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48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65EDA944" w:rsidRPr="0021093C">
        <w:rPr>
          <w:rFonts w:ascii="Times New Roman" w:hAnsi="Times New Roman" w:cs="Times New Roman"/>
        </w:rPr>
        <w:t xml:space="preserve"> Continuing review (if required)</w:t>
      </w:r>
    </w:p>
    <w:p w14:paraId="27550E01" w14:textId="77777777" w:rsidR="000E6620" w:rsidRPr="0021093C" w:rsidRDefault="000E6620" w:rsidP="0021093C">
      <w:pPr>
        <w:pStyle w:val="NoSpacing"/>
        <w:rPr>
          <w:rFonts w:ascii="Times New Roman" w:hAnsi="Times New Roman" w:cs="Times New Roman"/>
        </w:rPr>
      </w:pPr>
    </w:p>
    <w:p w14:paraId="0D5AAB95" w14:textId="7777777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7. Does this project involve HUMAN SUBJECTS RESEARCH (as defined by the Common Rule)?</w:t>
      </w:r>
    </w:p>
    <w:p w14:paraId="6A753DC1" w14:textId="63E1CA48" w:rsidR="0013114D" w:rsidRPr="0021093C" w:rsidRDefault="004E6BFA" w:rsidP="00024AB6">
      <w:pPr>
        <w:pStyle w:val="NoSpacing"/>
        <w:ind w:firstLine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3697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Yes   </w:t>
      </w:r>
      <w:sdt>
        <w:sdtPr>
          <w:rPr>
            <w:rFonts w:ascii="Times New Roman" w:hAnsi="Times New Roman" w:cs="Times New Roman"/>
          </w:rPr>
          <w:id w:val="-1185363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No   </w:t>
      </w:r>
      <w:sdt>
        <w:sdtPr>
          <w:rPr>
            <w:rFonts w:ascii="Times New Roman" w:hAnsi="Times New Roman" w:cs="Times New Roman"/>
          </w:rPr>
          <w:id w:val="-943766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Unsure (request IRB determination)</w:t>
      </w:r>
    </w:p>
    <w:p w14:paraId="2ECF1205" w14:textId="6F973324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lastRenderedPageBreak/>
        <w:t>8. Requested level of review (IRB will make final determination):</w:t>
      </w:r>
    </w:p>
    <w:p w14:paraId="58F31BC9" w14:textId="3A09B66F" w:rsidR="0013114D" w:rsidRPr="0021093C" w:rsidRDefault="004E6BFA" w:rsidP="00024AB6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98474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Exempt determination</w:t>
      </w:r>
    </w:p>
    <w:p w14:paraId="017DE349" w14:textId="182A61FB" w:rsidR="0013114D" w:rsidRPr="0021093C" w:rsidRDefault="004E6BFA" w:rsidP="00024AB6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38356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Expedited review</w:t>
      </w:r>
    </w:p>
    <w:p w14:paraId="55852542" w14:textId="26F85727" w:rsidR="0013114D" w:rsidRPr="0021093C" w:rsidRDefault="004E6BFA" w:rsidP="00024AB6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5849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093C">
            <w:rPr>
              <w:rFonts w:ascii="Segoe UI Symbol" w:eastAsia="MS Gothic" w:hAnsi="Segoe UI Symbol" w:cs="Segoe UI Symbol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Convened (full board) review</w:t>
      </w:r>
    </w:p>
    <w:p w14:paraId="7A791B57" w14:textId="77777777" w:rsidR="00787AF8" w:rsidRDefault="00787AF8" w:rsidP="0021093C">
      <w:pPr>
        <w:pStyle w:val="NoSpacing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47B97153" w14:textId="406B967D" w:rsidR="004B29CC" w:rsidRPr="0021093C" w:rsidRDefault="00B25658" w:rsidP="0021093C">
      <w:pPr>
        <w:pStyle w:val="NoSpacing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21093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If you are unsure whether your project meets the definition of human </w:t>
      </w:r>
      <w:proofErr w:type="gramStart"/>
      <w:r w:rsidRPr="0021093C">
        <w:rPr>
          <w:rFonts w:ascii="Times New Roman" w:hAnsi="Times New Roman" w:cs="Times New Roman"/>
          <w:bCs/>
          <w:i/>
          <w:iCs/>
          <w:sz w:val="20"/>
          <w:szCs w:val="20"/>
        </w:rPr>
        <w:t>subjects</w:t>
      </w:r>
      <w:proofErr w:type="gramEnd"/>
      <w:r w:rsidRPr="0021093C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research or which level of review may apply, you are encouraged to consult the IRB prior to submission.</w:t>
      </w:r>
    </w:p>
    <w:p w14:paraId="048F9678" w14:textId="77777777" w:rsidR="00787AF8" w:rsidRDefault="00787AF8" w:rsidP="0021093C">
      <w:pPr>
        <w:pStyle w:val="NoSpacing"/>
        <w:rPr>
          <w:rFonts w:ascii="Times New Roman" w:hAnsi="Times New Roman" w:cs="Times New Roman"/>
        </w:rPr>
      </w:pPr>
    </w:p>
    <w:p w14:paraId="6FF34897" w14:textId="131AC1F5" w:rsidR="0013114D" w:rsidRPr="00787AF8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787AF8">
        <w:rPr>
          <w:rFonts w:ascii="Times New Roman" w:hAnsi="Times New Roman" w:cs="Times New Roman"/>
          <w:b/>
          <w:bCs/>
          <w:u w:val="single"/>
        </w:rPr>
        <w:t>SECTION 3: Purpose and Background (Plain Language)</w:t>
      </w:r>
    </w:p>
    <w:p w14:paraId="6334B892" w14:textId="138C317E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9. Briefly describe the purpose of the study (1–2 short paragraphs):</w:t>
      </w:r>
    </w:p>
    <w:sdt>
      <w:sdtPr>
        <w:rPr>
          <w:rFonts w:ascii="Times New Roman" w:hAnsi="Times New Roman" w:cs="Times New Roman"/>
        </w:rPr>
        <w:id w:val="-1133406704"/>
        <w:placeholder>
          <w:docPart w:val="DefaultPlaceholder_-1854013440"/>
        </w:placeholder>
        <w:showingPlcHdr/>
      </w:sdtPr>
      <w:sdtContent>
        <w:p w14:paraId="2931F107" w14:textId="194A17DC" w:rsidR="00EA18E0" w:rsidRPr="0021093C" w:rsidRDefault="00787AF8" w:rsidP="00787AF8">
          <w:pPr>
            <w:pStyle w:val="NoSpacing"/>
            <w:ind w:left="720"/>
            <w:rPr>
              <w:rFonts w:ascii="Times New Roman" w:hAnsi="Times New Roman" w:cs="Times New Roman"/>
            </w:rPr>
          </w:pPr>
          <w:r w:rsidRPr="00F67619">
            <w:rPr>
              <w:rStyle w:val="PlaceholderText"/>
            </w:rPr>
            <w:t>Click or tap here to enter text.</w:t>
          </w:r>
        </w:p>
      </w:sdtContent>
    </w:sdt>
    <w:p w14:paraId="74394D98" w14:textId="77777777" w:rsidR="000E6620" w:rsidRPr="0021093C" w:rsidRDefault="000E6620" w:rsidP="0021093C">
      <w:pPr>
        <w:pStyle w:val="NoSpacing"/>
        <w:rPr>
          <w:rFonts w:ascii="Times New Roman" w:hAnsi="Times New Roman" w:cs="Times New Roman"/>
        </w:rPr>
      </w:pPr>
    </w:p>
    <w:p w14:paraId="07575E54" w14:textId="7777777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10. Why is this study important? What question are you trying to answer?</w:t>
      </w:r>
    </w:p>
    <w:p w14:paraId="6147600C" w14:textId="04890C9B" w:rsidR="000E6620" w:rsidRPr="0021093C" w:rsidRDefault="00787AF8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49191358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15D6606D" w14:textId="77777777" w:rsidR="00787AF8" w:rsidRDefault="00787AF8" w:rsidP="0021093C">
      <w:pPr>
        <w:pStyle w:val="NoSpacing"/>
        <w:rPr>
          <w:rFonts w:ascii="Times New Roman" w:hAnsi="Times New Roman" w:cs="Times New Roman"/>
        </w:rPr>
      </w:pPr>
    </w:p>
    <w:p w14:paraId="1B5F47A1" w14:textId="721B2138" w:rsidR="0013114D" w:rsidRPr="00787AF8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787AF8">
        <w:rPr>
          <w:rFonts w:ascii="Times New Roman" w:hAnsi="Times New Roman" w:cs="Times New Roman"/>
          <w:b/>
          <w:bCs/>
          <w:u w:val="single"/>
        </w:rPr>
        <w:t>SECTION 4: Participants and Recruitment</w:t>
      </w:r>
    </w:p>
    <w:p w14:paraId="314B9C0B" w14:textId="400A6453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11. Who will participate? (age range, student status, employees, community members, etc.):</w:t>
      </w:r>
    </w:p>
    <w:p w14:paraId="3CAE2072" w14:textId="55E7F7BF" w:rsidR="0013114D" w:rsidRPr="0021093C" w:rsidRDefault="00787AF8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42993271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11268187" w14:textId="77777777" w:rsidR="000E6620" w:rsidRPr="0021093C" w:rsidRDefault="000E6620" w:rsidP="0021093C">
      <w:pPr>
        <w:pStyle w:val="NoSpacing"/>
        <w:rPr>
          <w:rFonts w:ascii="Times New Roman" w:hAnsi="Times New Roman" w:cs="Times New Roman"/>
        </w:rPr>
      </w:pPr>
    </w:p>
    <w:p w14:paraId="7F1F9611" w14:textId="6D2CB82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12. Estimated number of </w:t>
      </w:r>
      <w:r w:rsidR="00787AF8" w:rsidRPr="0021093C">
        <w:rPr>
          <w:rFonts w:ascii="Times New Roman" w:hAnsi="Times New Roman" w:cs="Times New Roman"/>
        </w:rPr>
        <w:t xml:space="preserve">participants: </w:t>
      </w:r>
      <w:sdt>
        <w:sdtPr>
          <w:rPr>
            <w:rFonts w:ascii="Times New Roman" w:hAnsi="Times New Roman" w:cs="Times New Roman"/>
          </w:rPr>
          <w:id w:val="354008899"/>
          <w:placeholder>
            <w:docPart w:val="DefaultPlaceholder_-1854013440"/>
          </w:placeholder>
          <w:showingPlcHdr/>
        </w:sdtPr>
        <w:sdtContent>
          <w:r w:rsidR="00787AF8" w:rsidRPr="00F67619">
            <w:rPr>
              <w:rStyle w:val="PlaceholderText"/>
            </w:rPr>
            <w:t>Click or tap here to enter text.</w:t>
          </w:r>
        </w:sdtContent>
      </w:sdt>
    </w:p>
    <w:p w14:paraId="384C651E" w14:textId="77777777" w:rsidR="00787AF8" w:rsidRDefault="00787AF8" w:rsidP="0021093C">
      <w:pPr>
        <w:pStyle w:val="NoSpacing"/>
        <w:rPr>
          <w:rFonts w:ascii="Times New Roman" w:hAnsi="Times New Roman" w:cs="Times New Roman"/>
        </w:rPr>
      </w:pPr>
    </w:p>
    <w:p w14:paraId="79CD1683" w14:textId="3F22E232" w:rsidR="0013114D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13. How will participants be identified and recruited? (email, flyers, class announcement, referral, etc.)</w:t>
      </w:r>
      <w:r w:rsidR="3AEA5655" w:rsidRPr="0021093C">
        <w:rPr>
          <w:rFonts w:ascii="Times New Roman" w:hAnsi="Times New Roman" w:cs="Times New Roman"/>
        </w:rPr>
        <w:t xml:space="preserve"> Please attach to the application.</w:t>
      </w:r>
    </w:p>
    <w:p w14:paraId="682D51EF" w14:textId="77A3B24B" w:rsidR="000E6620" w:rsidRPr="0021093C" w:rsidRDefault="005106BC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40847037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7674A776" w14:textId="77777777" w:rsidR="00787AF8" w:rsidRDefault="00787AF8" w:rsidP="0021093C">
      <w:pPr>
        <w:pStyle w:val="NoSpacing"/>
        <w:rPr>
          <w:rFonts w:ascii="Times New Roman" w:hAnsi="Times New Roman" w:cs="Times New Roman"/>
        </w:rPr>
      </w:pPr>
    </w:p>
    <w:p w14:paraId="446C3244" w14:textId="65CFF84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14. Will any incentives/compensation be offered?</w:t>
      </w:r>
    </w:p>
    <w:p w14:paraId="05D1421C" w14:textId="6BDA18BD" w:rsidR="0013114D" w:rsidRPr="0021093C" w:rsidRDefault="00535AAA" w:rsidP="005106BC">
      <w:pPr>
        <w:pStyle w:val="NoSpacing"/>
        <w:ind w:left="720"/>
        <w:rPr>
          <w:rFonts w:ascii="Times New Roman" w:hAnsi="Times New Roman" w:cs="Times New Roman"/>
        </w:rPr>
      </w:pPr>
      <w:r w:rsidRPr="0021093C">
        <w:rPr>
          <w:rFonts w:ascii="Segoe UI Symbol" w:hAnsi="Segoe UI Symbol" w:cs="Segoe UI Symbol"/>
        </w:rPr>
        <w:t>☐</w:t>
      </w:r>
      <w:r w:rsidRPr="0021093C">
        <w:rPr>
          <w:rFonts w:ascii="Times New Roman" w:hAnsi="Times New Roman" w:cs="Times New Roman"/>
        </w:rPr>
        <w:t xml:space="preserve"> No</w:t>
      </w:r>
    </w:p>
    <w:p w14:paraId="0EC7FFFE" w14:textId="7C261401" w:rsidR="000E6620" w:rsidRPr="0021093C" w:rsidRDefault="00535AAA" w:rsidP="005106BC">
      <w:pPr>
        <w:pStyle w:val="NoSpacing"/>
        <w:ind w:left="720"/>
        <w:rPr>
          <w:rFonts w:ascii="Times New Roman" w:hAnsi="Times New Roman" w:cs="Times New Roman"/>
        </w:rPr>
      </w:pPr>
      <w:r w:rsidRPr="0021093C">
        <w:rPr>
          <w:rFonts w:ascii="Segoe UI Symbol" w:hAnsi="Segoe UI Symbol" w:cs="Segoe UI Symbol"/>
        </w:rPr>
        <w:t>☐</w:t>
      </w:r>
      <w:r w:rsidRPr="0021093C">
        <w:rPr>
          <w:rFonts w:ascii="Times New Roman" w:hAnsi="Times New Roman" w:cs="Times New Roman"/>
        </w:rPr>
        <w:t xml:space="preserve"> Yes (describe amount/type and when it is provided): </w:t>
      </w:r>
    </w:p>
    <w:p w14:paraId="33D76811" w14:textId="77777777" w:rsidR="00170BEB" w:rsidRPr="0021093C" w:rsidRDefault="00170BEB" w:rsidP="0021093C">
      <w:pPr>
        <w:pStyle w:val="NoSpacing"/>
        <w:rPr>
          <w:rFonts w:ascii="Times New Roman" w:hAnsi="Times New Roman" w:cs="Times New Roman"/>
        </w:rPr>
      </w:pPr>
    </w:p>
    <w:p w14:paraId="3D5F4B39" w14:textId="7A0A7369" w:rsidR="0013114D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15. </w:t>
      </w:r>
      <w:r w:rsidR="14CD17FD" w:rsidRPr="0021093C">
        <w:rPr>
          <w:rFonts w:ascii="Times New Roman" w:hAnsi="Times New Roman" w:cs="Times New Roman"/>
        </w:rPr>
        <w:t xml:space="preserve">Does this study involve recruiting Avila University students through an instructor, supervisor, or other authority </w:t>
      </w:r>
      <w:proofErr w:type="gramStart"/>
      <w:r w:rsidR="14CD17FD" w:rsidRPr="0021093C">
        <w:rPr>
          <w:rFonts w:ascii="Times New Roman" w:hAnsi="Times New Roman" w:cs="Times New Roman"/>
        </w:rPr>
        <w:t>figure</w:t>
      </w:r>
      <w:proofErr w:type="gramEnd"/>
      <w:r w:rsidR="14CD17FD" w:rsidRPr="0021093C">
        <w:rPr>
          <w:rFonts w:ascii="Times New Roman" w:hAnsi="Times New Roman" w:cs="Times New Roman"/>
        </w:rPr>
        <w:t xml:space="preserve"> (e.g., course instructor, advisor, coach, or employer)?</w:t>
      </w:r>
    </w:p>
    <w:p w14:paraId="0BD58F05" w14:textId="3207AA4E" w:rsidR="0013114D" w:rsidRPr="0021093C" w:rsidRDefault="00535AAA" w:rsidP="005106BC">
      <w:pPr>
        <w:pStyle w:val="NoSpacing"/>
        <w:ind w:left="720"/>
        <w:rPr>
          <w:rFonts w:ascii="Times New Roman" w:hAnsi="Times New Roman" w:cs="Times New Roman"/>
        </w:rPr>
      </w:pPr>
      <w:r w:rsidRPr="0021093C">
        <w:rPr>
          <w:rFonts w:ascii="Segoe UI Symbol" w:hAnsi="Segoe UI Symbol" w:cs="Segoe UI Symbol"/>
        </w:rPr>
        <w:t>☐</w:t>
      </w:r>
      <w:r w:rsidRPr="0021093C">
        <w:rPr>
          <w:rFonts w:ascii="Times New Roman" w:hAnsi="Times New Roman" w:cs="Times New Roman"/>
        </w:rPr>
        <w:t xml:space="preserve"> No</w:t>
      </w:r>
    </w:p>
    <w:p w14:paraId="1ADC66F8" w14:textId="28BADFE8" w:rsidR="0013114D" w:rsidRPr="0021093C" w:rsidRDefault="00535AAA" w:rsidP="005106BC">
      <w:pPr>
        <w:pStyle w:val="NoSpacing"/>
        <w:ind w:left="720"/>
        <w:rPr>
          <w:rFonts w:ascii="Times New Roman" w:hAnsi="Times New Roman" w:cs="Times New Roman"/>
        </w:rPr>
      </w:pPr>
      <w:r w:rsidRPr="0021093C">
        <w:rPr>
          <w:rFonts w:ascii="Segoe UI Symbol" w:hAnsi="Segoe UI Symbol" w:cs="Segoe UI Symbol"/>
        </w:rPr>
        <w:t>☐</w:t>
      </w:r>
      <w:r w:rsidRPr="0021093C">
        <w:rPr>
          <w:rFonts w:ascii="Times New Roman" w:hAnsi="Times New Roman" w:cs="Times New Roman"/>
        </w:rPr>
        <w:t xml:space="preserve"> Yes (describe how coercion/undue influence will be avoided): </w:t>
      </w:r>
    </w:p>
    <w:p w14:paraId="3CDA9E7A" w14:textId="77777777" w:rsidR="00170BEB" w:rsidRPr="0021093C" w:rsidRDefault="00170BEB" w:rsidP="0021093C">
      <w:pPr>
        <w:pStyle w:val="NoSpacing"/>
        <w:rPr>
          <w:rFonts w:ascii="Times New Roman" w:hAnsi="Times New Roman" w:cs="Times New Roman"/>
        </w:rPr>
      </w:pPr>
    </w:p>
    <w:p w14:paraId="1466FBC2" w14:textId="77777777" w:rsidR="0013114D" w:rsidRPr="003A57F5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3A57F5">
        <w:rPr>
          <w:rFonts w:ascii="Times New Roman" w:hAnsi="Times New Roman" w:cs="Times New Roman"/>
          <w:b/>
          <w:bCs/>
          <w:u w:val="single"/>
        </w:rPr>
        <w:t>SECTION 5: Study Procedures</w:t>
      </w:r>
    </w:p>
    <w:p w14:paraId="4DD4F5C7" w14:textId="77777777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16. Describe exactly what participants will do (step-by-step):</w:t>
      </w:r>
    </w:p>
    <w:p w14:paraId="2F14C579" w14:textId="5C932019" w:rsidR="00170BEB" w:rsidRDefault="003A57F5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95704460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02563EE8" w14:textId="77777777" w:rsidR="003A57F5" w:rsidRPr="0021093C" w:rsidRDefault="003A57F5" w:rsidP="0021093C">
      <w:pPr>
        <w:pStyle w:val="NoSpacing"/>
        <w:rPr>
          <w:rFonts w:ascii="Times New Roman" w:hAnsi="Times New Roman" w:cs="Times New Roman"/>
        </w:rPr>
      </w:pPr>
    </w:p>
    <w:p w14:paraId="6DF3913F" w14:textId="09795564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17. Approximate time commitment per participant: </w:t>
      </w:r>
      <w:sdt>
        <w:sdtPr>
          <w:rPr>
            <w:rFonts w:ascii="Times New Roman" w:hAnsi="Times New Roman" w:cs="Times New Roman"/>
          </w:rPr>
          <w:id w:val="-1738388540"/>
          <w:placeholder>
            <w:docPart w:val="DefaultPlaceholder_-1854013440"/>
          </w:placeholder>
          <w:showingPlcHdr/>
        </w:sdtPr>
        <w:sdtContent>
          <w:r w:rsidR="00CC3C0E" w:rsidRPr="00F67619">
            <w:rPr>
              <w:rStyle w:val="PlaceholderText"/>
            </w:rPr>
            <w:t>Click or tap here to enter text.</w:t>
          </w:r>
        </w:sdtContent>
      </w:sdt>
      <w:r w:rsidR="00CC3C0E">
        <w:rPr>
          <w:rFonts w:ascii="Times New Roman" w:hAnsi="Times New Roman" w:cs="Times New Roman"/>
        </w:rPr>
        <w:t xml:space="preserve"> </w:t>
      </w:r>
    </w:p>
    <w:p w14:paraId="6C974357" w14:textId="77777777" w:rsidR="003A57F5" w:rsidRDefault="003A57F5" w:rsidP="0021093C">
      <w:pPr>
        <w:pStyle w:val="NoSpacing"/>
        <w:rPr>
          <w:rFonts w:ascii="Times New Roman" w:hAnsi="Times New Roman" w:cs="Times New Roman"/>
        </w:rPr>
      </w:pPr>
    </w:p>
    <w:p w14:paraId="34181699" w14:textId="389FFC1A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18. Data collection methods (check all that apply):</w:t>
      </w:r>
    </w:p>
    <w:p w14:paraId="1B27B70A" w14:textId="4AD0444B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40917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Survey/questionnaire</w:t>
      </w:r>
    </w:p>
    <w:p w14:paraId="5DA5AABC" w14:textId="05D49B3A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9017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Interview</w:t>
      </w:r>
    </w:p>
    <w:p w14:paraId="3793DFAA" w14:textId="6DB6F45B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6502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Focus group</w:t>
      </w:r>
    </w:p>
    <w:p w14:paraId="3EF84FC7" w14:textId="76E39842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32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Observation</w:t>
      </w:r>
    </w:p>
    <w:p w14:paraId="57196905" w14:textId="27A779BD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3952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Audio/video recording</w:t>
      </w:r>
    </w:p>
    <w:p w14:paraId="04DEDBF5" w14:textId="2EE8B810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603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Review of existing records/documents</w:t>
      </w:r>
    </w:p>
    <w:p w14:paraId="74A8F222" w14:textId="2E498A11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0075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Other: ________________________________</w:t>
      </w:r>
    </w:p>
    <w:p w14:paraId="5DA6BCF0" w14:textId="71D250B4" w:rsidR="00B25658" w:rsidRPr="0021093C" w:rsidRDefault="0045401A" w:rsidP="0021093C">
      <w:pPr>
        <w:pStyle w:val="NoSpacing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21093C">
        <w:rPr>
          <w:rFonts w:ascii="Times New Roman" w:hAnsi="Times New Roman" w:cs="Times New Roman"/>
          <w:bCs/>
          <w:i/>
          <w:iCs/>
          <w:sz w:val="20"/>
          <w:szCs w:val="20"/>
        </w:rPr>
        <w:lastRenderedPageBreak/>
        <w:t>For qualitative or exploratory studies (e.g., interviews or focus groups), investigators may describe the general structure of questions and note that follow-up questions or probes may vary, provided they remain within the scope of the approved protocol.</w:t>
      </w:r>
    </w:p>
    <w:p w14:paraId="5120F65B" w14:textId="77777777" w:rsidR="001E22D7" w:rsidRDefault="001E22D7" w:rsidP="0021093C">
      <w:pPr>
        <w:pStyle w:val="NoSpacing"/>
        <w:rPr>
          <w:rFonts w:ascii="Times New Roman" w:hAnsi="Times New Roman" w:cs="Times New Roman"/>
        </w:rPr>
      </w:pPr>
    </w:p>
    <w:p w14:paraId="105E0208" w14:textId="56428624" w:rsidR="0013114D" w:rsidRPr="001E22D7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1E22D7">
        <w:rPr>
          <w:rFonts w:ascii="Times New Roman" w:hAnsi="Times New Roman" w:cs="Times New Roman"/>
          <w:b/>
          <w:bCs/>
          <w:u w:val="single"/>
        </w:rPr>
        <w:t>SECTION 6: Risks and Safeguards</w:t>
      </w:r>
    </w:p>
    <w:p w14:paraId="0180B42B" w14:textId="7897F4BF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19. Identify potential risks/discomforts (even minimal):</w:t>
      </w:r>
    </w:p>
    <w:p w14:paraId="418C7F22" w14:textId="22B070E7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913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No anticipated risks beyond </w:t>
      </w:r>
      <w:r w:rsidR="002310CF" w:rsidRPr="0021093C">
        <w:rPr>
          <w:rFonts w:ascii="Times New Roman" w:hAnsi="Times New Roman" w:cs="Times New Roman"/>
        </w:rPr>
        <w:t>those encountered in daily</w:t>
      </w:r>
      <w:r w:rsidR="00535AAA" w:rsidRPr="0021093C">
        <w:rPr>
          <w:rFonts w:ascii="Times New Roman" w:hAnsi="Times New Roman" w:cs="Times New Roman"/>
        </w:rPr>
        <w:t xml:space="preserve"> life</w:t>
      </w:r>
    </w:p>
    <w:p w14:paraId="45F606F5" w14:textId="4F318C83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8863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Possible discomfort from sensitive/personal questions</w:t>
      </w:r>
    </w:p>
    <w:p w14:paraId="0A75AE83" w14:textId="58F804DB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902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Risk of breach of confidentiality</w:t>
      </w:r>
    </w:p>
    <w:p w14:paraId="5FB49255" w14:textId="55A1025E" w:rsidR="0013114D" w:rsidRPr="0021093C" w:rsidRDefault="001E22D7" w:rsidP="001E22D7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131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Other: ________________________________</w:t>
      </w:r>
    </w:p>
    <w:p w14:paraId="22C914E8" w14:textId="77777777" w:rsidR="00340212" w:rsidRPr="0021093C" w:rsidRDefault="00340212" w:rsidP="0021093C">
      <w:pPr>
        <w:pStyle w:val="NoSpacing"/>
        <w:rPr>
          <w:rFonts w:ascii="Times New Roman" w:hAnsi="Times New Roman" w:cs="Times New Roman"/>
        </w:rPr>
      </w:pPr>
    </w:p>
    <w:p w14:paraId="2D5EB04E" w14:textId="6F301601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20. Describe steps to minimize risks and protect participants:</w:t>
      </w:r>
    </w:p>
    <w:p w14:paraId="2E558396" w14:textId="7A42EEEC" w:rsidR="009E7060" w:rsidRPr="0021093C" w:rsidRDefault="001E22D7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238081498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0EC9B903" w14:textId="77777777" w:rsidR="001E22D7" w:rsidRDefault="001E22D7" w:rsidP="0021093C">
      <w:pPr>
        <w:pStyle w:val="NoSpacing"/>
        <w:rPr>
          <w:rFonts w:ascii="Times New Roman" w:hAnsi="Times New Roman" w:cs="Times New Roman"/>
        </w:rPr>
      </w:pPr>
    </w:p>
    <w:p w14:paraId="6C469E99" w14:textId="1CE4C0EB" w:rsidR="0013114D" w:rsidRPr="001E22D7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1E22D7">
        <w:rPr>
          <w:rFonts w:ascii="Times New Roman" w:hAnsi="Times New Roman" w:cs="Times New Roman"/>
          <w:b/>
          <w:bCs/>
          <w:u w:val="single"/>
        </w:rPr>
        <w:t>SECTION 7: Benefits</w:t>
      </w:r>
    </w:p>
    <w:p w14:paraId="6C3F495E" w14:textId="37AB3E7B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21. Describe any benefits to participants or others (if none, state “none”):</w:t>
      </w:r>
    </w:p>
    <w:p w14:paraId="11543C57" w14:textId="14F39360" w:rsidR="009E7060" w:rsidRDefault="001E22D7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98570103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41C202B8" w14:textId="77777777" w:rsidR="001E22D7" w:rsidRPr="0021093C" w:rsidRDefault="001E22D7" w:rsidP="0021093C">
      <w:pPr>
        <w:pStyle w:val="NoSpacing"/>
        <w:rPr>
          <w:rFonts w:ascii="Times New Roman" w:hAnsi="Times New Roman" w:cs="Times New Roman"/>
        </w:rPr>
      </w:pPr>
    </w:p>
    <w:p w14:paraId="24243BF7" w14:textId="7D43139C" w:rsidR="0013114D" w:rsidRPr="001E22D7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1E22D7">
        <w:rPr>
          <w:rFonts w:ascii="Times New Roman" w:hAnsi="Times New Roman" w:cs="Times New Roman"/>
          <w:b/>
          <w:bCs/>
          <w:u w:val="single"/>
        </w:rPr>
        <w:t>SECTION 8: Privacy, Confidentiality, and Data Security</w:t>
      </w:r>
    </w:p>
    <w:p w14:paraId="6F54C1F7" w14:textId="4749D963" w:rsidR="009075B4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22. Will data be </w:t>
      </w:r>
      <w:r w:rsidR="11245488" w:rsidRPr="0021093C">
        <w:rPr>
          <w:rFonts w:ascii="Times New Roman" w:hAnsi="Times New Roman" w:cs="Times New Roman"/>
        </w:rPr>
        <w:t xml:space="preserve">collected anonymously </w:t>
      </w:r>
      <w:r w:rsidRPr="0021093C">
        <w:rPr>
          <w:rFonts w:ascii="Times New Roman" w:hAnsi="Times New Roman" w:cs="Times New Roman"/>
        </w:rPr>
        <w:t>(no identifiers collected</w:t>
      </w:r>
      <w:r w:rsidR="11245488" w:rsidRPr="0021093C">
        <w:rPr>
          <w:rFonts w:ascii="Times New Roman" w:hAnsi="Times New Roman" w:cs="Times New Roman"/>
        </w:rPr>
        <w:t xml:space="preserve"> </w:t>
      </w:r>
      <w:r w:rsidR="1E566853" w:rsidRPr="0021093C">
        <w:rPr>
          <w:rFonts w:ascii="Times New Roman" w:hAnsi="Times New Roman" w:cs="Times New Roman"/>
        </w:rPr>
        <w:t>at any point</w:t>
      </w:r>
      <w:r w:rsidRPr="0021093C">
        <w:rPr>
          <w:rFonts w:ascii="Times New Roman" w:hAnsi="Times New Roman" w:cs="Times New Roman"/>
        </w:rPr>
        <w:t>)?</w:t>
      </w:r>
    </w:p>
    <w:p w14:paraId="1D1D3A37" w14:textId="377BA7E2" w:rsidR="0013114D" w:rsidRPr="0021093C" w:rsidRDefault="001E22D7" w:rsidP="001E22D7">
      <w:pPr>
        <w:pStyle w:val="NoSpacing"/>
        <w:ind w:firstLine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5786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</w:t>
      </w:r>
      <w:proofErr w:type="gramStart"/>
      <w:r w:rsidR="00535AAA" w:rsidRPr="0021093C">
        <w:rPr>
          <w:rFonts w:ascii="Times New Roman" w:hAnsi="Times New Roman" w:cs="Times New Roman"/>
        </w:rPr>
        <w:t xml:space="preserve">Yes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60463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No</w:t>
      </w:r>
    </w:p>
    <w:p w14:paraId="5D3EAE86" w14:textId="77777777" w:rsidR="001E22D7" w:rsidRDefault="001E22D7" w:rsidP="0021093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14:paraId="06BBB6FC" w14:textId="1DE45FDF" w:rsidR="001719EE" w:rsidRPr="0021093C" w:rsidRDefault="743453CC" w:rsidP="0021093C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21093C">
        <w:rPr>
          <w:rFonts w:ascii="Times New Roman" w:hAnsi="Times New Roman" w:cs="Times New Roman"/>
          <w:i/>
          <w:iCs/>
          <w:sz w:val="20"/>
          <w:szCs w:val="20"/>
        </w:rPr>
        <w:t xml:space="preserve">“Anonymous” means that no identifying information is collected or linked to responses. If any identifiers are collected (e.g., names, emails, IP addresses), the data </w:t>
      </w:r>
      <w:proofErr w:type="gramStart"/>
      <w:r w:rsidRPr="0021093C">
        <w:rPr>
          <w:rFonts w:ascii="Times New Roman" w:hAnsi="Times New Roman" w:cs="Times New Roman"/>
          <w:i/>
          <w:iCs/>
          <w:sz w:val="20"/>
          <w:szCs w:val="20"/>
        </w:rPr>
        <w:t>are</w:t>
      </w:r>
      <w:proofErr w:type="gramEnd"/>
      <w:r w:rsidRPr="0021093C">
        <w:rPr>
          <w:rFonts w:ascii="Times New Roman" w:hAnsi="Times New Roman" w:cs="Times New Roman"/>
          <w:i/>
          <w:iCs/>
          <w:sz w:val="20"/>
          <w:szCs w:val="20"/>
        </w:rPr>
        <w:t xml:space="preserve"> considered confidential, not anonymous.</w:t>
      </w:r>
    </w:p>
    <w:p w14:paraId="2A5999FF" w14:textId="77777777" w:rsidR="001E22D7" w:rsidRDefault="001E22D7" w:rsidP="0021093C">
      <w:pPr>
        <w:pStyle w:val="NoSpacing"/>
        <w:rPr>
          <w:rFonts w:ascii="Times New Roman" w:hAnsi="Times New Roman" w:cs="Times New Roman"/>
          <w:u w:val="single"/>
        </w:rPr>
      </w:pPr>
    </w:p>
    <w:p w14:paraId="073EFBDC" w14:textId="48BA3394" w:rsidR="33187DEA" w:rsidRPr="0021093C" w:rsidRDefault="33187DEA" w:rsidP="0021093C">
      <w:pPr>
        <w:pStyle w:val="NoSpacing"/>
        <w:rPr>
          <w:rFonts w:ascii="Times New Roman" w:hAnsi="Times New Roman" w:cs="Times New Roman"/>
          <w:u w:val="single"/>
        </w:rPr>
      </w:pPr>
      <w:r w:rsidRPr="0021093C">
        <w:rPr>
          <w:rFonts w:ascii="Times New Roman" w:hAnsi="Times New Roman" w:cs="Times New Roman"/>
          <w:u w:val="single"/>
        </w:rPr>
        <w:t xml:space="preserve">If you answered yes to question 22, please respond to questions 22-26. If you answered </w:t>
      </w:r>
      <w:proofErr w:type="gramStart"/>
      <w:r w:rsidRPr="0021093C">
        <w:rPr>
          <w:rFonts w:ascii="Times New Roman" w:hAnsi="Times New Roman" w:cs="Times New Roman"/>
          <w:u w:val="single"/>
        </w:rPr>
        <w:t>no to</w:t>
      </w:r>
      <w:proofErr w:type="gramEnd"/>
      <w:r w:rsidRPr="0021093C">
        <w:rPr>
          <w:rFonts w:ascii="Times New Roman" w:hAnsi="Times New Roman" w:cs="Times New Roman"/>
          <w:u w:val="single"/>
        </w:rPr>
        <w:t xml:space="preserve"> question 22,</w:t>
      </w:r>
      <w:r w:rsidR="393F5174" w:rsidRPr="0021093C">
        <w:rPr>
          <w:rFonts w:ascii="Times New Roman" w:hAnsi="Times New Roman" w:cs="Times New Roman"/>
          <w:u w:val="single"/>
        </w:rPr>
        <w:t xml:space="preserve"> you may </w:t>
      </w:r>
      <w:proofErr w:type="gramStart"/>
      <w:r w:rsidR="393F5174" w:rsidRPr="0021093C">
        <w:rPr>
          <w:rFonts w:ascii="Times New Roman" w:hAnsi="Times New Roman" w:cs="Times New Roman"/>
          <w:u w:val="single"/>
        </w:rPr>
        <w:t>skip to</w:t>
      </w:r>
      <w:proofErr w:type="gramEnd"/>
      <w:r w:rsidR="393F5174" w:rsidRPr="0021093C">
        <w:rPr>
          <w:rFonts w:ascii="Times New Roman" w:hAnsi="Times New Roman" w:cs="Times New Roman"/>
          <w:u w:val="single"/>
        </w:rPr>
        <w:t xml:space="preserve"> Section 9: Informed Consent.</w:t>
      </w:r>
    </w:p>
    <w:p w14:paraId="1AE1D2F5" w14:textId="77777777" w:rsidR="001E22D7" w:rsidRDefault="001E22D7" w:rsidP="0021093C">
      <w:pPr>
        <w:pStyle w:val="NoSpacing"/>
        <w:rPr>
          <w:rFonts w:ascii="Times New Roman" w:hAnsi="Times New Roman" w:cs="Times New Roman"/>
        </w:rPr>
      </w:pPr>
    </w:p>
    <w:p w14:paraId="054F0E66" w14:textId="4A758E53" w:rsidR="0013114D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23. </w:t>
      </w:r>
      <w:r w:rsidR="4B4C2333" w:rsidRPr="0021093C">
        <w:rPr>
          <w:rFonts w:ascii="Times New Roman" w:hAnsi="Times New Roman" w:cs="Times New Roman"/>
        </w:rPr>
        <w:t>If identifiers are collected, describe what information will be collected (e.g., name, email, IP address):</w:t>
      </w:r>
    </w:p>
    <w:p w14:paraId="2198DDF4" w14:textId="70BBAD2C" w:rsidR="009E7060" w:rsidRPr="0021093C" w:rsidRDefault="001E22D7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104405966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0375C26A" w14:textId="77777777" w:rsidR="001E22D7" w:rsidRDefault="001E22D7" w:rsidP="0021093C">
      <w:pPr>
        <w:pStyle w:val="NoSpacing"/>
        <w:rPr>
          <w:rFonts w:ascii="Times New Roman" w:hAnsi="Times New Roman" w:cs="Times New Roman"/>
        </w:rPr>
      </w:pPr>
    </w:p>
    <w:p w14:paraId="17DF08C7" w14:textId="1AF44A9B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24. Where will data be stored and secured? (password-protected computer, encrypted drive, locked cabinet, etc.):</w:t>
      </w:r>
      <w:r w:rsidR="001E22D7">
        <w:rPr>
          <w:rFonts w:ascii="Times New Roman" w:hAnsi="Times New Roman" w:cs="Times New Roman"/>
        </w:rPr>
        <w:t xml:space="preserve">  </w:t>
      </w:r>
    </w:p>
    <w:p w14:paraId="30BE73F9" w14:textId="7AE5F5AD" w:rsidR="009E7060" w:rsidRPr="0021093C" w:rsidRDefault="001E22D7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9271281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62267894" w14:textId="77777777" w:rsidR="001E22D7" w:rsidRDefault="001E22D7" w:rsidP="0021093C">
      <w:pPr>
        <w:pStyle w:val="NoSpacing"/>
        <w:rPr>
          <w:rFonts w:ascii="Times New Roman" w:hAnsi="Times New Roman" w:cs="Times New Roman"/>
        </w:rPr>
      </w:pPr>
    </w:p>
    <w:p w14:paraId="49A81F1E" w14:textId="77777777" w:rsidR="0045125E" w:rsidRDefault="65EDA944" w:rsidP="0021093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1093C">
        <w:rPr>
          <w:rFonts w:ascii="Times New Roman" w:hAnsi="Times New Roman" w:cs="Times New Roman"/>
        </w:rPr>
        <w:t xml:space="preserve">25. </w:t>
      </w:r>
      <w:r w:rsidR="31DDFC0B" w:rsidRPr="0021093C">
        <w:rPr>
          <w:rFonts w:ascii="Times New Roman" w:eastAsia="Times New Roman" w:hAnsi="Times New Roman" w:cs="Times New Roman"/>
          <w:sz w:val="24"/>
          <w:szCs w:val="24"/>
        </w:rPr>
        <w:t>Who will have access to identifiable research data? (check all that apply)</w:t>
      </w:r>
    </w:p>
    <w:p w14:paraId="49501D83" w14:textId="529132E9" w:rsidR="00340212" w:rsidRPr="0021093C" w:rsidRDefault="001E22D7" w:rsidP="0045125E">
      <w:pPr>
        <w:pStyle w:val="NoSpacing"/>
        <w:ind w:left="720"/>
        <w:rPr>
          <w:rFonts w:ascii="Times New Roman" w:hAnsi="Times New Roman" w:cs="Times New Roman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7893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2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512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1DDFC0B" w:rsidRPr="0021093C">
        <w:rPr>
          <w:rFonts w:ascii="Times New Roman" w:eastAsia="Times New Roman" w:hAnsi="Times New Roman" w:cs="Times New Roman"/>
          <w:sz w:val="24"/>
          <w:szCs w:val="24"/>
        </w:rPr>
        <w:t>Principal Investigator (PI) only</w:t>
      </w:r>
      <w:r w:rsidR="00535AAA" w:rsidRPr="0021093C">
        <w:rPr>
          <w:rFonts w:ascii="Times New Roman" w:hAnsi="Times New Roman" w:cs="Times New Roman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59105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2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31DDFC0B" w:rsidRPr="0021093C">
        <w:rPr>
          <w:rFonts w:ascii="Times New Roman" w:eastAsia="Times New Roman" w:hAnsi="Times New Roman" w:cs="Times New Roman"/>
          <w:sz w:val="24"/>
          <w:szCs w:val="24"/>
        </w:rPr>
        <w:t xml:space="preserve"> PI and Faculty Sponsor</w:t>
      </w:r>
      <w:r w:rsidR="00535AAA" w:rsidRPr="0021093C">
        <w:rPr>
          <w:rFonts w:ascii="Times New Roman" w:hAnsi="Times New Roman" w:cs="Times New Roman"/>
        </w:rPr>
        <w:br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958326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2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31DDFC0B" w:rsidRPr="0021093C">
        <w:rPr>
          <w:rFonts w:ascii="Times New Roman" w:eastAsia="Times New Roman" w:hAnsi="Times New Roman" w:cs="Times New Roman"/>
          <w:sz w:val="24"/>
          <w:szCs w:val="24"/>
        </w:rPr>
        <w:t xml:space="preserve"> Additional research team members (list roles below): </w:t>
      </w:r>
      <w:r w:rsidR="31DDFC0B" w:rsidRPr="0021093C">
        <w:rPr>
          <w:rFonts w:ascii="Times New Roman" w:eastAsia="Times New Roman" w:hAnsi="Times New Roman" w:cs="Times New Roman"/>
          <w:i/>
          <w:iCs/>
          <w:sz w:val="24"/>
          <w:szCs w:val="24"/>
        </w:rPr>
        <w:t>(e.g., co-investigator, student researcher, data analyst, research assistant, transcriptionist)</w:t>
      </w:r>
    </w:p>
    <w:p w14:paraId="437949EA" w14:textId="4B4A39B1" w:rsidR="00340212" w:rsidRDefault="0045125E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657297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6525CC1B" w14:textId="77777777" w:rsidR="0045125E" w:rsidRPr="0021093C" w:rsidRDefault="0045125E" w:rsidP="0021093C">
      <w:pPr>
        <w:pStyle w:val="NoSpacing"/>
        <w:rPr>
          <w:rFonts w:ascii="Times New Roman" w:hAnsi="Times New Roman" w:cs="Times New Roman"/>
        </w:rPr>
      </w:pPr>
    </w:p>
    <w:p w14:paraId="582AAA67" w14:textId="40A20DAB" w:rsidR="00340212" w:rsidRPr="0021093C" w:rsidRDefault="65EDA944" w:rsidP="0021093C">
      <w:pPr>
        <w:pStyle w:val="NoSpacing"/>
        <w:rPr>
          <w:rFonts w:ascii="Times New Roman" w:hAnsi="Times New Roman" w:cs="Times New Roman"/>
          <w:szCs w:val="24"/>
        </w:rPr>
      </w:pPr>
      <w:r w:rsidRPr="0021093C">
        <w:rPr>
          <w:rFonts w:ascii="Times New Roman" w:hAnsi="Times New Roman" w:cs="Times New Roman"/>
        </w:rPr>
        <w:t>26. How long will data be retained and when/how will it be destroyed?</w:t>
      </w:r>
    </w:p>
    <w:p w14:paraId="35EB086E" w14:textId="06253920" w:rsidR="6019CF36" w:rsidRPr="0021093C" w:rsidRDefault="0045125E" w:rsidP="0021093C">
      <w:pPr>
        <w:pStyle w:val="NoSpacing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sdt>
        <w:sdtPr>
          <w:rPr>
            <w:rFonts w:ascii="Times New Roman" w:hAnsi="Times New Roman" w:cs="Times New Roman"/>
            <w:bCs/>
          </w:rPr>
          <w:id w:val="-1527328127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53F0CDE7" w14:textId="77777777" w:rsidR="0045125E" w:rsidRDefault="0045125E" w:rsidP="0021093C">
      <w:pPr>
        <w:pStyle w:val="NoSpacing"/>
        <w:rPr>
          <w:rFonts w:ascii="Times New Roman" w:hAnsi="Times New Roman" w:cs="Times New Roman"/>
        </w:rPr>
      </w:pPr>
    </w:p>
    <w:p w14:paraId="16176798" w14:textId="63E143BE" w:rsidR="0013114D" w:rsidRPr="0045125E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45125E">
        <w:rPr>
          <w:rFonts w:ascii="Times New Roman" w:hAnsi="Times New Roman" w:cs="Times New Roman"/>
          <w:b/>
          <w:bCs/>
          <w:u w:val="single"/>
        </w:rPr>
        <w:t>SECTION 9: Informed Consent</w:t>
      </w:r>
    </w:p>
    <w:p w14:paraId="1AEDFC7A" w14:textId="685EB60B" w:rsidR="0013114D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27. How will informed consent be obtained</w:t>
      </w:r>
      <w:r w:rsidR="00983523" w:rsidRPr="0021093C">
        <w:rPr>
          <w:rFonts w:ascii="Times New Roman" w:hAnsi="Times New Roman" w:cs="Times New Roman"/>
        </w:rPr>
        <w:t xml:space="preserve"> and documented</w:t>
      </w:r>
      <w:r w:rsidRPr="0021093C">
        <w:rPr>
          <w:rFonts w:ascii="Times New Roman" w:hAnsi="Times New Roman" w:cs="Times New Roman"/>
        </w:rPr>
        <w:t>?</w:t>
      </w:r>
    </w:p>
    <w:p w14:paraId="1E80BD87" w14:textId="4BF3ACA6" w:rsidR="0045125E" w:rsidRPr="0021093C" w:rsidRDefault="0045125E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6FB8806" w14:textId="15083061" w:rsidR="0013114D" w:rsidRPr="0021093C" w:rsidRDefault="0045125E" w:rsidP="0045125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83295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Signed written consent form</w:t>
      </w:r>
    </w:p>
    <w:p w14:paraId="6A9E0E64" w14:textId="0EA96EB1" w:rsidR="0013114D" w:rsidRPr="0021093C" w:rsidRDefault="0045125E" w:rsidP="0045125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671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Online consent statement (click-through)</w:t>
      </w:r>
    </w:p>
    <w:p w14:paraId="4C9B05B8" w14:textId="1B3BF4CE" w:rsidR="0013114D" w:rsidRPr="0021093C" w:rsidRDefault="0045125E" w:rsidP="0045125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1232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Oral consent script</w:t>
      </w:r>
    </w:p>
    <w:p w14:paraId="72373331" w14:textId="47F58AE6" w:rsidR="0013114D" w:rsidRPr="0021093C" w:rsidRDefault="0045125E" w:rsidP="0045125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2552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Requesting waiver/alteration of consent (must justify)</w:t>
      </w:r>
    </w:p>
    <w:p w14:paraId="3F8D4963" w14:textId="77777777" w:rsidR="0045125E" w:rsidRDefault="0045125E" w:rsidP="0021093C">
      <w:pPr>
        <w:pStyle w:val="NoSpacing"/>
        <w:rPr>
          <w:rFonts w:ascii="Times New Roman" w:hAnsi="Times New Roman" w:cs="Times New Roman"/>
        </w:rPr>
      </w:pPr>
    </w:p>
    <w:p w14:paraId="4AB3C65A" w14:textId="31DE7DCF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28. Attach the consent document</w:t>
      </w:r>
      <w:r w:rsidR="00DF6C46" w:rsidRPr="0021093C">
        <w:rPr>
          <w:rFonts w:ascii="Times New Roman" w:hAnsi="Times New Roman" w:cs="Times New Roman"/>
        </w:rPr>
        <w:t xml:space="preserve"> or </w:t>
      </w:r>
      <w:r w:rsidRPr="0021093C">
        <w:rPr>
          <w:rFonts w:ascii="Times New Roman" w:hAnsi="Times New Roman" w:cs="Times New Roman"/>
        </w:rPr>
        <w:t>script that will be used.</w:t>
      </w:r>
    </w:p>
    <w:p w14:paraId="0D48C889" w14:textId="37CEB401" w:rsidR="00886252" w:rsidRPr="0021093C" w:rsidRDefault="0045125E" w:rsidP="0021093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871833065"/>
          <w:placeholder>
            <w:docPart w:val="DefaultPlaceholder_-1854013440"/>
          </w:placeholder>
          <w:showingPlcHdr/>
        </w:sdtPr>
        <w:sdtContent>
          <w:r w:rsidRPr="00F67619">
            <w:rPr>
              <w:rStyle w:val="PlaceholderText"/>
            </w:rPr>
            <w:t>Click or tap here to enter text.</w:t>
          </w:r>
        </w:sdtContent>
      </w:sdt>
    </w:p>
    <w:p w14:paraId="6E663791" w14:textId="77777777" w:rsidR="0045125E" w:rsidRDefault="0045125E" w:rsidP="0021093C">
      <w:pPr>
        <w:pStyle w:val="NoSpacing"/>
        <w:rPr>
          <w:rFonts w:ascii="Times New Roman" w:hAnsi="Times New Roman" w:cs="Times New Roman"/>
        </w:rPr>
      </w:pPr>
    </w:p>
    <w:p w14:paraId="6DCD45BB" w14:textId="023961B6" w:rsidR="0013114D" w:rsidRPr="0021093C" w:rsidRDefault="65EDA944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29. If minors are involved, attach parent/guardian permission and assent documents.</w:t>
      </w:r>
    </w:p>
    <w:p w14:paraId="49163E45" w14:textId="77777777" w:rsidR="00886252" w:rsidRPr="0021093C" w:rsidRDefault="00886252" w:rsidP="0021093C">
      <w:pPr>
        <w:pStyle w:val="NoSpacing"/>
        <w:rPr>
          <w:rFonts w:ascii="Times New Roman" w:hAnsi="Times New Roman" w:cs="Times New Roman"/>
        </w:rPr>
      </w:pPr>
    </w:p>
    <w:p w14:paraId="76F90B5F" w14:textId="77777777" w:rsidR="0013114D" w:rsidRPr="005C44FE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C44FE">
        <w:rPr>
          <w:rFonts w:ascii="Times New Roman" w:hAnsi="Times New Roman" w:cs="Times New Roman"/>
          <w:b/>
          <w:bCs/>
          <w:u w:val="single"/>
        </w:rPr>
        <w:t>SECTION 10: Attachments Checklist</w:t>
      </w:r>
    </w:p>
    <w:p w14:paraId="77053705" w14:textId="77777777" w:rsidR="005C44FE" w:rsidRDefault="005C44FE" w:rsidP="0021093C">
      <w:pPr>
        <w:pStyle w:val="NoSpacing"/>
        <w:rPr>
          <w:rFonts w:ascii="Times New Roman" w:hAnsi="Times New Roman" w:cs="Times New Roman"/>
        </w:rPr>
      </w:pPr>
    </w:p>
    <w:p w14:paraId="4B361FD7" w14:textId="08386848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Attach as applicable:</w:t>
      </w:r>
    </w:p>
    <w:p w14:paraId="76705D55" w14:textId="1EE6EE52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672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Completed IRB application</w:t>
      </w:r>
    </w:p>
    <w:p w14:paraId="4FB98B1A" w14:textId="0978BEDD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3365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Recruitment materials (emails, flyers, scripts)</w:t>
      </w:r>
    </w:p>
    <w:p w14:paraId="1C1A3CCA" w14:textId="1BEFD27D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31767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Survey/interview/focus group questions or instruments</w:t>
      </w:r>
    </w:p>
    <w:p w14:paraId="359ACAC7" w14:textId="7DC95727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7264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C2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Consent form or online consent statement</w:t>
      </w:r>
    </w:p>
    <w:p w14:paraId="0E621361" w14:textId="3F68F77C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955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Training completion documentation (PI, faculty sponsor, research team as applicable)</w:t>
      </w:r>
    </w:p>
    <w:p w14:paraId="638E36F8" w14:textId="766767D8" w:rsidR="0013114D" w:rsidRPr="0021093C" w:rsidRDefault="005C44FE" w:rsidP="005C44FE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17742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535AAA" w:rsidRPr="0021093C">
        <w:rPr>
          <w:rFonts w:ascii="Times New Roman" w:hAnsi="Times New Roman" w:cs="Times New Roman"/>
        </w:rPr>
        <w:t xml:space="preserve"> Data collection permission letters (if needed)</w:t>
      </w:r>
    </w:p>
    <w:p w14:paraId="5B0A9D19" w14:textId="77777777" w:rsidR="005C44FE" w:rsidRDefault="005C44FE" w:rsidP="0021093C">
      <w:pPr>
        <w:pStyle w:val="NoSpacing"/>
        <w:rPr>
          <w:rFonts w:ascii="Times New Roman" w:hAnsi="Times New Roman" w:cs="Times New Roman"/>
        </w:rPr>
      </w:pPr>
    </w:p>
    <w:p w14:paraId="61DFB3EA" w14:textId="7807B729" w:rsidR="0013114D" w:rsidRPr="005C44FE" w:rsidRDefault="00535AAA" w:rsidP="0021093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5C44FE">
        <w:rPr>
          <w:rFonts w:ascii="Times New Roman" w:hAnsi="Times New Roman" w:cs="Times New Roman"/>
          <w:b/>
          <w:bCs/>
          <w:u w:val="single"/>
        </w:rPr>
        <w:t>SECTION 11: Investigator Assurance</w:t>
      </w:r>
    </w:p>
    <w:p w14:paraId="5E060075" w14:textId="5468EB42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By signing below, I certify that:</w:t>
      </w:r>
    </w:p>
    <w:p w14:paraId="274C6A4A" w14:textId="76A793FE" w:rsidR="0013114D" w:rsidRPr="0021093C" w:rsidRDefault="00DD6A49" w:rsidP="00DD6A49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93130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535AAA" w:rsidRPr="0021093C">
        <w:rPr>
          <w:rFonts w:ascii="Times New Roman" w:hAnsi="Times New Roman" w:cs="Times New Roman"/>
        </w:rPr>
        <w:t>The information in this application is accurate.</w:t>
      </w:r>
    </w:p>
    <w:p w14:paraId="39964DEF" w14:textId="15E56C3D" w:rsidR="0013114D" w:rsidRPr="0021093C" w:rsidRDefault="00DD6A49" w:rsidP="00DD6A49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9499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535AAA" w:rsidRPr="0021093C">
        <w:rPr>
          <w:rFonts w:ascii="Times New Roman" w:hAnsi="Times New Roman" w:cs="Times New Roman"/>
        </w:rPr>
        <w:t>I will conduct the study as approved by the IRB.</w:t>
      </w:r>
    </w:p>
    <w:p w14:paraId="56389460" w14:textId="1D762878" w:rsidR="0013114D" w:rsidRPr="0021093C" w:rsidRDefault="00DD6A49" w:rsidP="00DD6A49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145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535AAA" w:rsidRPr="0021093C">
        <w:rPr>
          <w:rFonts w:ascii="Times New Roman" w:hAnsi="Times New Roman" w:cs="Times New Roman"/>
        </w:rPr>
        <w:t>I will not begin human subjects research activities until I receive written IRB approval or determination.</w:t>
      </w:r>
    </w:p>
    <w:p w14:paraId="53A11CD0" w14:textId="58FB41EF" w:rsidR="0013114D" w:rsidRPr="0021093C" w:rsidRDefault="00DD6A49" w:rsidP="00DD6A49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84459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535AAA" w:rsidRPr="0021093C">
        <w:rPr>
          <w:rFonts w:ascii="Times New Roman" w:hAnsi="Times New Roman" w:cs="Times New Roman"/>
        </w:rPr>
        <w:t>I will report modifications and unanticipated problems as required.</w:t>
      </w:r>
    </w:p>
    <w:p w14:paraId="66DB2DA7" w14:textId="77777777" w:rsidR="0013114D" w:rsidRPr="0021093C" w:rsidRDefault="0013114D" w:rsidP="0021093C">
      <w:pPr>
        <w:pStyle w:val="NoSpacing"/>
        <w:rPr>
          <w:rFonts w:ascii="Times New Roman" w:hAnsi="Times New Roman" w:cs="Times New Roman"/>
        </w:rPr>
      </w:pPr>
    </w:p>
    <w:p w14:paraId="0173548F" w14:textId="4F400339" w:rsidR="0013114D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>PI Signature: _______________________________</w:t>
      </w:r>
      <w:proofErr w:type="gramStart"/>
      <w:r w:rsidRPr="0021093C">
        <w:rPr>
          <w:rFonts w:ascii="Times New Roman" w:hAnsi="Times New Roman" w:cs="Times New Roman"/>
        </w:rPr>
        <w:t xml:space="preserve">_  </w:t>
      </w:r>
      <w:proofErr w:type="gramEnd"/>
      <w:r w:rsidRPr="0021093C">
        <w:rPr>
          <w:rFonts w:ascii="Times New Roman" w:hAnsi="Times New Roman" w:cs="Times New Roman"/>
        </w:rPr>
        <w:t xml:space="preserve"> Date</w:t>
      </w:r>
      <w:r w:rsidR="00B90319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1367786954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</w:rPr>
              <w:id w:val="-496414592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B90319" w:rsidRPr="00F67619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7C3A4039" w14:textId="77777777" w:rsidR="00D7516F" w:rsidRPr="0021093C" w:rsidRDefault="00D7516F" w:rsidP="0021093C">
      <w:pPr>
        <w:pStyle w:val="NoSpacing"/>
        <w:rPr>
          <w:rFonts w:ascii="Times New Roman" w:hAnsi="Times New Roman" w:cs="Times New Roman"/>
        </w:rPr>
      </w:pPr>
    </w:p>
    <w:p w14:paraId="6DA69365" w14:textId="77777777" w:rsidR="00D7516F" w:rsidRPr="0021093C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Faculty Sponsor Signature (if applicable): ________________________________   </w:t>
      </w:r>
    </w:p>
    <w:p w14:paraId="6BA9DE4B" w14:textId="77777777" w:rsidR="00B90319" w:rsidRDefault="00B90319" w:rsidP="0021093C">
      <w:pPr>
        <w:pStyle w:val="NoSpacing"/>
        <w:rPr>
          <w:rFonts w:ascii="Times New Roman" w:hAnsi="Times New Roman" w:cs="Times New Roman"/>
        </w:rPr>
      </w:pPr>
    </w:p>
    <w:p w14:paraId="407FB336" w14:textId="2A74370E" w:rsidR="0013114D" w:rsidRDefault="00535AAA" w:rsidP="0021093C">
      <w:pPr>
        <w:pStyle w:val="NoSpacing"/>
        <w:rPr>
          <w:rFonts w:ascii="Times New Roman" w:hAnsi="Times New Roman" w:cs="Times New Roman"/>
        </w:rPr>
      </w:pPr>
      <w:r w:rsidRPr="0021093C"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</w:rPr>
          <w:id w:val="170467035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90319" w:rsidRPr="00F67619">
            <w:rPr>
              <w:rStyle w:val="PlaceholderText"/>
            </w:rPr>
            <w:t>Click or tap to enter a date.</w:t>
          </w:r>
        </w:sdtContent>
      </w:sdt>
    </w:p>
    <w:p w14:paraId="0BA1F44D" w14:textId="77777777" w:rsidR="000B7C22" w:rsidRDefault="000B7C22" w:rsidP="0021093C">
      <w:pPr>
        <w:pStyle w:val="NoSpacing"/>
        <w:rPr>
          <w:rFonts w:ascii="Times New Roman" w:hAnsi="Times New Roman" w:cs="Times New Roman"/>
        </w:rPr>
      </w:pPr>
    </w:p>
    <w:p w14:paraId="023699D1" w14:textId="77777777" w:rsidR="000B7C22" w:rsidRDefault="000B7C22" w:rsidP="0021093C">
      <w:pPr>
        <w:pStyle w:val="NoSpacing"/>
        <w:rPr>
          <w:rFonts w:ascii="Times New Roman" w:hAnsi="Times New Roman" w:cs="Times New Roman"/>
        </w:rPr>
      </w:pPr>
    </w:p>
    <w:p w14:paraId="6985A011" w14:textId="7279524D" w:rsidR="00A60FE5" w:rsidRPr="00A60FE5" w:rsidRDefault="00A60FE5" w:rsidP="00F45197">
      <w:pPr>
        <w:pStyle w:val="NoSpacing"/>
        <w:rPr>
          <w:rFonts w:ascii="Times New Roman" w:hAnsi="Times New Roman" w:cs="Times New Roman"/>
        </w:rPr>
      </w:pPr>
    </w:p>
    <w:p w14:paraId="2F3F41A5" w14:textId="77777777" w:rsidR="00A60FE5" w:rsidRPr="0021093C" w:rsidRDefault="00A60FE5" w:rsidP="0021093C">
      <w:pPr>
        <w:pStyle w:val="NoSpacing"/>
        <w:rPr>
          <w:rFonts w:ascii="Times New Roman" w:hAnsi="Times New Roman" w:cs="Times New Roman"/>
        </w:rPr>
      </w:pPr>
    </w:p>
    <w:sectPr w:rsidR="00A60FE5" w:rsidRPr="0021093C" w:rsidSect="00FA59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77AF" w14:textId="77777777" w:rsidR="00535AAA" w:rsidRDefault="00535AAA" w:rsidP="00C81887">
      <w:pPr>
        <w:spacing w:after="0" w:line="240" w:lineRule="auto"/>
      </w:pPr>
      <w:r>
        <w:separator/>
      </w:r>
    </w:p>
  </w:endnote>
  <w:endnote w:type="continuationSeparator" w:id="0">
    <w:p w14:paraId="691BF456" w14:textId="77777777" w:rsidR="00535AAA" w:rsidRDefault="00535AAA" w:rsidP="00C8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8B2D" w14:textId="77777777" w:rsidR="00FA592F" w:rsidRDefault="00FA592F" w:rsidP="00FA592F">
    <w:pPr>
      <w:pStyle w:val="Footer"/>
      <w:rPr>
        <w:sz w:val="16"/>
        <w:szCs w:val="16"/>
      </w:rPr>
    </w:pPr>
  </w:p>
  <w:p w14:paraId="7486E2E4" w14:textId="2A9689A0" w:rsidR="00FA592F" w:rsidRPr="004F4769" w:rsidRDefault="00FA592F" w:rsidP="00FA592F">
    <w:pPr>
      <w:pStyle w:val="Footer"/>
      <w:rPr>
        <w:sz w:val="16"/>
        <w:szCs w:val="16"/>
      </w:rPr>
    </w:pPr>
    <w:r>
      <w:rPr>
        <w:sz w:val="16"/>
        <w:szCs w:val="16"/>
      </w:rPr>
      <w:t>Approved April 2026</w:t>
    </w:r>
  </w:p>
  <w:p w14:paraId="399AB864" w14:textId="77777777" w:rsidR="00C81887" w:rsidRDefault="00C81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4EE7" w14:textId="4AFCAAF5" w:rsidR="00C81887" w:rsidRPr="004F4769" w:rsidRDefault="004F4769">
    <w:pPr>
      <w:pStyle w:val="Footer"/>
      <w:rPr>
        <w:sz w:val="16"/>
        <w:szCs w:val="16"/>
      </w:rPr>
    </w:pPr>
    <w:r>
      <w:rPr>
        <w:sz w:val="16"/>
        <w:szCs w:val="16"/>
      </w:rPr>
      <w:t>Approved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49EB7" w14:textId="77777777" w:rsidR="00535AAA" w:rsidRDefault="00535AAA" w:rsidP="00C81887">
      <w:pPr>
        <w:spacing w:after="0" w:line="240" w:lineRule="auto"/>
      </w:pPr>
      <w:r>
        <w:separator/>
      </w:r>
    </w:p>
  </w:footnote>
  <w:footnote w:type="continuationSeparator" w:id="0">
    <w:p w14:paraId="496B51DC" w14:textId="77777777" w:rsidR="00535AAA" w:rsidRDefault="00535AAA" w:rsidP="00C8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75652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3FC5B5" w14:textId="0E1FAD48" w:rsidR="00315A4A" w:rsidRDefault="00315A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B46FC" w14:textId="77777777" w:rsidR="00C81887" w:rsidRDefault="00C81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E6BF" w14:textId="36B14F0A" w:rsidR="00C04B05" w:rsidRPr="00C04B05" w:rsidRDefault="00C04B05" w:rsidP="00C04B05">
    <w:pPr>
      <w:pStyle w:val="Header"/>
      <w:jc w:val="center"/>
    </w:pPr>
    <w:r w:rsidRPr="00C04B05">
      <w:drawing>
        <wp:inline distT="0" distB="0" distL="0" distR="0" wp14:anchorId="3B3275BF" wp14:editId="39A4EAE1">
          <wp:extent cx="2067636" cy="727023"/>
          <wp:effectExtent l="0" t="0" r="0" b="0"/>
          <wp:docPr id="8831277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459" cy="73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C3F2F" w14:textId="77777777" w:rsidR="00C81887" w:rsidRDefault="00C81887" w:rsidP="00C04B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302C89"/>
    <w:multiLevelType w:val="multilevel"/>
    <w:tmpl w:val="589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77990"/>
    <w:multiLevelType w:val="hybridMultilevel"/>
    <w:tmpl w:val="9872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07E9C"/>
    <w:multiLevelType w:val="hybridMultilevel"/>
    <w:tmpl w:val="FF3678E6"/>
    <w:lvl w:ilvl="0" w:tplc="C11AAF3C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12081">
    <w:abstractNumId w:val="8"/>
  </w:num>
  <w:num w:numId="2" w16cid:durableId="2008941102">
    <w:abstractNumId w:val="6"/>
  </w:num>
  <w:num w:numId="3" w16cid:durableId="2076657407">
    <w:abstractNumId w:val="5"/>
  </w:num>
  <w:num w:numId="4" w16cid:durableId="1512647526">
    <w:abstractNumId w:val="4"/>
  </w:num>
  <w:num w:numId="5" w16cid:durableId="2113625993">
    <w:abstractNumId w:val="7"/>
  </w:num>
  <w:num w:numId="6" w16cid:durableId="1711101171">
    <w:abstractNumId w:val="3"/>
  </w:num>
  <w:num w:numId="7" w16cid:durableId="1265191438">
    <w:abstractNumId w:val="2"/>
  </w:num>
  <w:num w:numId="8" w16cid:durableId="1904563865">
    <w:abstractNumId w:val="1"/>
  </w:num>
  <w:num w:numId="9" w16cid:durableId="1411926392">
    <w:abstractNumId w:val="0"/>
  </w:num>
  <w:num w:numId="10" w16cid:durableId="1908804647">
    <w:abstractNumId w:val="10"/>
  </w:num>
  <w:num w:numId="11" w16cid:durableId="1458327782">
    <w:abstractNumId w:val="11"/>
  </w:num>
  <w:num w:numId="12" w16cid:durableId="472136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AB6"/>
    <w:rsid w:val="00034616"/>
    <w:rsid w:val="0006063C"/>
    <w:rsid w:val="00073ABE"/>
    <w:rsid w:val="000A071E"/>
    <w:rsid w:val="000B7C22"/>
    <w:rsid w:val="000E6620"/>
    <w:rsid w:val="00106EE0"/>
    <w:rsid w:val="0013114D"/>
    <w:rsid w:val="0015074B"/>
    <w:rsid w:val="00170BEB"/>
    <w:rsid w:val="001719EE"/>
    <w:rsid w:val="001E22D7"/>
    <w:rsid w:val="0021093C"/>
    <w:rsid w:val="002310CF"/>
    <w:rsid w:val="0029639D"/>
    <w:rsid w:val="00315A4A"/>
    <w:rsid w:val="00322223"/>
    <w:rsid w:val="00326F90"/>
    <w:rsid w:val="00340212"/>
    <w:rsid w:val="003705DF"/>
    <w:rsid w:val="003A57F5"/>
    <w:rsid w:val="0045125E"/>
    <w:rsid w:val="0045401A"/>
    <w:rsid w:val="00467304"/>
    <w:rsid w:val="004B29CC"/>
    <w:rsid w:val="004C4705"/>
    <w:rsid w:val="004E6BFA"/>
    <w:rsid w:val="004F4769"/>
    <w:rsid w:val="005106BC"/>
    <w:rsid w:val="00535AAA"/>
    <w:rsid w:val="005408DD"/>
    <w:rsid w:val="005A3C59"/>
    <w:rsid w:val="005C44FE"/>
    <w:rsid w:val="005E0637"/>
    <w:rsid w:val="00683FF6"/>
    <w:rsid w:val="007305AC"/>
    <w:rsid w:val="00787AF8"/>
    <w:rsid w:val="00794EF6"/>
    <w:rsid w:val="007B732B"/>
    <w:rsid w:val="00886252"/>
    <w:rsid w:val="008B39F6"/>
    <w:rsid w:val="008E615B"/>
    <w:rsid w:val="009075B4"/>
    <w:rsid w:val="00951BF5"/>
    <w:rsid w:val="00983523"/>
    <w:rsid w:val="009E7060"/>
    <w:rsid w:val="00A60FE5"/>
    <w:rsid w:val="00A73302"/>
    <w:rsid w:val="00AA1D8D"/>
    <w:rsid w:val="00B25658"/>
    <w:rsid w:val="00B47730"/>
    <w:rsid w:val="00B81CB1"/>
    <w:rsid w:val="00B90319"/>
    <w:rsid w:val="00BC09F2"/>
    <w:rsid w:val="00C04B05"/>
    <w:rsid w:val="00C30DBC"/>
    <w:rsid w:val="00C81887"/>
    <w:rsid w:val="00CA605E"/>
    <w:rsid w:val="00CB0664"/>
    <w:rsid w:val="00CC3C0E"/>
    <w:rsid w:val="00D426ED"/>
    <w:rsid w:val="00D6458D"/>
    <w:rsid w:val="00D7516F"/>
    <w:rsid w:val="00DD6A49"/>
    <w:rsid w:val="00DF6C46"/>
    <w:rsid w:val="00E37B53"/>
    <w:rsid w:val="00EA18E0"/>
    <w:rsid w:val="00F45197"/>
    <w:rsid w:val="00FA3D39"/>
    <w:rsid w:val="00FA592F"/>
    <w:rsid w:val="00FC693F"/>
    <w:rsid w:val="00FD0A0A"/>
    <w:rsid w:val="01F81923"/>
    <w:rsid w:val="0243C6CD"/>
    <w:rsid w:val="032A79DF"/>
    <w:rsid w:val="04A14F40"/>
    <w:rsid w:val="0ED9BF65"/>
    <w:rsid w:val="11245488"/>
    <w:rsid w:val="138A2D67"/>
    <w:rsid w:val="14CD17FD"/>
    <w:rsid w:val="17BD9ADB"/>
    <w:rsid w:val="1806D651"/>
    <w:rsid w:val="1945D141"/>
    <w:rsid w:val="1E2647BD"/>
    <w:rsid w:val="1E566853"/>
    <w:rsid w:val="1F75B526"/>
    <w:rsid w:val="2534904E"/>
    <w:rsid w:val="26C4EFFA"/>
    <w:rsid w:val="29F7E369"/>
    <w:rsid w:val="2FBB0FB6"/>
    <w:rsid w:val="30B4F7D1"/>
    <w:rsid w:val="31DDFC0B"/>
    <w:rsid w:val="33187DEA"/>
    <w:rsid w:val="33818910"/>
    <w:rsid w:val="33D5A1D7"/>
    <w:rsid w:val="389F198F"/>
    <w:rsid w:val="393F5174"/>
    <w:rsid w:val="3AEA5655"/>
    <w:rsid w:val="3B0C628F"/>
    <w:rsid w:val="3FE8AD6C"/>
    <w:rsid w:val="418ED03C"/>
    <w:rsid w:val="429B3545"/>
    <w:rsid w:val="48BB4A92"/>
    <w:rsid w:val="48ED1D3C"/>
    <w:rsid w:val="49D10492"/>
    <w:rsid w:val="4B4C2333"/>
    <w:rsid w:val="4C4B2B42"/>
    <w:rsid w:val="513A58A8"/>
    <w:rsid w:val="52C34086"/>
    <w:rsid w:val="55D15E69"/>
    <w:rsid w:val="5A565ED7"/>
    <w:rsid w:val="5DAB44DC"/>
    <w:rsid w:val="5E403B4D"/>
    <w:rsid w:val="6019CF36"/>
    <w:rsid w:val="602D15CD"/>
    <w:rsid w:val="6438EF02"/>
    <w:rsid w:val="65EDA944"/>
    <w:rsid w:val="680411C7"/>
    <w:rsid w:val="688EA5C2"/>
    <w:rsid w:val="6A51A6EA"/>
    <w:rsid w:val="73838B14"/>
    <w:rsid w:val="743453CC"/>
    <w:rsid w:val="7693C52D"/>
    <w:rsid w:val="77F731E2"/>
    <w:rsid w:val="7AEAE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448D002-E405-4FAA-83CF-4D2F317F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3A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4DBDE-85B7-418B-8FDF-8DDE89FC5EF2}"/>
      </w:docPartPr>
      <w:docPartBody>
        <w:p w:rsidR="00CD2591" w:rsidRDefault="00FD20DE">
          <w:r w:rsidRPr="00F67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7439B-AB49-427D-8CEB-CD2CF43BD4E6}"/>
      </w:docPartPr>
      <w:docPartBody>
        <w:p w:rsidR="00CD2591" w:rsidRDefault="00FD20DE">
          <w:r w:rsidRPr="00F67619">
            <w:rPr>
              <w:rStyle w:val="PlaceholderText"/>
            </w:rPr>
            <w:t>Choose an item.</w:t>
          </w:r>
        </w:p>
      </w:docPartBody>
    </w:docPart>
    <w:docPart>
      <w:docPartPr>
        <w:name w:val="EF699B565AD7408BB583E6AA7A75E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D0518-40E3-410F-AEDC-28B6C68B155F}"/>
      </w:docPartPr>
      <w:docPartBody>
        <w:p w:rsidR="00CD2591" w:rsidRDefault="00FD20DE" w:rsidP="00FD20DE">
          <w:pPr>
            <w:pStyle w:val="EF699B565AD7408BB583E6AA7A75EBB4"/>
          </w:pPr>
          <w:r w:rsidRPr="00F67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143E4DA6045B098F6DC8A120C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17E00-E1DB-4AC7-B6A8-341342E0BCF6}"/>
      </w:docPartPr>
      <w:docPartBody>
        <w:p w:rsidR="00CD2591" w:rsidRDefault="00FD20DE" w:rsidP="00FD20DE">
          <w:pPr>
            <w:pStyle w:val="3AC143E4DA6045B098F6DC8A120C6514"/>
          </w:pPr>
          <w:r w:rsidRPr="00F67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89149-8AF4-4202-AA4B-BC5E03819135}"/>
      </w:docPartPr>
      <w:docPartBody>
        <w:p w:rsidR="00CD2591" w:rsidRDefault="00FD20DE">
          <w:r w:rsidRPr="00F6761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DE"/>
    <w:rsid w:val="005A3C59"/>
    <w:rsid w:val="00CD2591"/>
    <w:rsid w:val="00F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0DE"/>
    <w:rPr>
      <w:color w:val="666666"/>
    </w:rPr>
  </w:style>
  <w:style w:type="paragraph" w:customStyle="1" w:styleId="EF699B565AD7408BB583E6AA7A75EBB4">
    <w:name w:val="EF699B565AD7408BB583E6AA7A75EBB4"/>
    <w:rsid w:val="00FD20DE"/>
    <w:pPr>
      <w:spacing w:after="200" w:line="276" w:lineRule="auto"/>
    </w:pPr>
    <w:rPr>
      <w:rFonts w:ascii="Times New Roman" w:eastAsia="Times New Roman" w:hAnsi="Times New Roman"/>
      <w:kern w:val="0"/>
      <w:szCs w:val="22"/>
      <w14:ligatures w14:val="none"/>
    </w:rPr>
  </w:style>
  <w:style w:type="paragraph" w:customStyle="1" w:styleId="3AC143E4DA6045B098F6DC8A120C6514">
    <w:name w:val="3AC143E4DA6045B098F6DC8A120C6514"/>
    <w:rsid w:val="00FD20DE"/>
    <w:pPr>
      <w:spacing w:after="200" w:line="276" w:lineRule="auto"/>
    </w:pPr>
    <w:rPr>
      <w:rFonts w:ascii="Times New Roman" w:eastAsia="Times New Roman" w:hAnsi="Times New Roman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1108</Words>
  <Characters>6316</Characters>
  <Application>Microsoft Office Word</Application>
  <DocSecurity>0</DocSecurity>
  <Lines>52</Lines>
  <Paragraphs>14</Paragraphs>
  <ScaleCrop>false</ScaleCrop>
  <Manager/>
  <Company/>
  <LinksUpToDate>false</LinksUpToDate>
  <CharactersWithSpaces>7410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Holt, Erin</cp:lastModifiedBy>
  <cp:revision>61</cp:revision>
  <dcterms:created xsi:type="dcterms:W3CDTF">2013-12-23T23:15:00Z</dcterms:created>
  <dcterms:modified xsi:type="dcterms:W3CDTF">2026-06-04T17:47:00Z</dcterms:modified>
  <cp:category/>
</cp:coreProperties>
</file>